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641034863"/>
        <w:docPartObj>
          <w:docPartGallery w:val="Cover Pages"/>
          <w:docPartUnique/>
        </w:docPartObj>
      </w:sdtPr>
      <w:sdtEndPr>
        <w:rPr>
          <w:b/>
          <w:sz w:val="30"/>
          <w:szCs w:val="30"/>
          <w:lang w:val="pt-BR"/>
        </w:rPr>
      </w:sdtEndPr>
      <w:sdtContent>
        <w:p w:rsidR="00C16F2D" w:rsidRDefault="00C16F2D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upo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tângulo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tângulo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9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5FDFF4E5" id="Grupo 149" o:spid="_x0000_s1026" style="position:absolute;margin-left:0;margin-top:0;width:8in;height:95.7pt;z-index:251664384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">
                    <v:shape id="Retângulo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" path="m,l7312660,r,1129665l3619500,733425,,1091565,,xe" fillcolor="#4f81bd [3204]" stroked="f" strokeweight="2pt">
                      <v:path arrowok="t" o:connecttype="custom" o:connectlocs="0,0;7315200,0;7315200,1130373;3620757,733885;0,1092249;0,0" o:connectangles="0,0,0,0,0,0"/>
                    </v:shape>
                    <v:rect id="Retângulo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" stroked="f" strokeweight="2pt">
                      <v:fill r:id="rId10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:rsidR="00C16F2D" w:rsidRDefault="00E763D5">
          <w:pPr>
            <w:rPr>
              <w:b/>
              <w:sz w:val="30"/>
              <w:szCs w:val="30"/>
              <w:lang w:val="pt-BR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page">
                      <wp:posOffset>229235</wp:posOffset>
                    </wp:positionH>
                    <wp:positionV relativeFrom="page">
                      <wp:posOffset>7726680</wp:posOffset>
                    </wp:positionV>
                    <wp:extent cx="7435850" cy="663575"/>
                    <wp:effectExtent l="0" t="0" r="0" b="3175"/>
                    <wp:wrapSquare wrapText="bothSides"/>
                    <wp:docPr id="153" name="Caixa de Texto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435850" cy="6635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eastAsia="Times New Roman" w:hAnsi="Times New Roman" w:cs="Times New Roman"/>
                                    <w:sz w:val="30"/>
                                    <w:szCs w:val="30"/>
                                    <w:lang w:val="pt-BR" w:eastAsia="pt-BR"/>
                                  </w:rPr>
                                  <w:alias w:val="Resumo"/>
                                  <w:tag w:val=""/>
                                  <w:id w:val="1375273687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Content>
                                  <w:p w:rsidR="00775CDB" w:rsidRPr="00C16F2D" w:rsidRDefault="00775CDB" w:rsidP="00C16F2D">
                                    <w:pPr>
                                      <w:pStyle w:val="SemEspaamento"/>
                                      <w:tabs>
                                        <w:tab w:val="left" w:pos="7920"/>
                                      </w:tabs>
                                      <w:ind w:left="-2340"/>
                                      <w:jc w:val="right"/>
                                      <w:rPr>
                                        <w:color w:val="595959" w:themeColor="text1" w:themeTint="A6"/>
                                        <w:sz w:val="30"/>
                                        <w:szCs w:val="30"/>
                                        <w:lang w:val="pt-BR"/>
                                      </w:rPr>
                                    </w:pPr>
                                    <w:r w:rsidRPr="00E763D5">
                                      <w:rPr>
                                        <w:rFonts w:ascii="Times New Roman" w:eastAsia="Times New Roman" w:hAnsi="Times New Roman" w:cs="Times New Roman"/>
                                        <w:sz w:val="30"/>
                                        <w:szCs w:val="30"/>
                                        <w:lang w:val="pt-BR" w:eastAsia="pt-BR"/>
                                      </w:rPr>
                                      <w:t>Controle e documentação de lançamento de radiossondagens e condições atmosféricas</w:t>
                                    </w:r>
                                    <w:r w:rsidRPr="00E763D5">
                                      <w:rPr>
                                        <w:rFonts w:ascii="Times New Roman" w:eastAsia="Times New Roman" w:hAnsi="Times New Roman" w:cs="Times New Roman"/>
                                        <w:sz w:val="30"/>
                                        <w:szCs w:val="30"/>
                                        <w:lang w:val="pt-BR" w:eastAsia="pt-BR"/>
                                      </w:rPr>
                                      <w:br/>
                                      <w:t>Control and documentation of radiosonde launches and atmospheric conditions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153" o:spid="_x0000_s1026" type="#_x0000_t202" style="position:absolute;margin-left:18.05pt;margin-top:608.4pt;width:585.5pt;height:52.25pt;z-index:251663360;visibility:visible;mso-wrap-style:square;mso-width-percent:941;mso-height-percent:10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" filled="f" stroked="f" strokeweight=".5pt">
                    <v:textbox style="mso-fit-shape-to-text:t" inset="126pt,0,54pt,0">
                      <w:txbxContent>
                        <w:sdt>
                          <w:sdtPr>
                            <w:rPr>
                              <w:rFonts w:ascii="Times New Roman" w:eastAsia="Times New Roman" w:hAnsi="Times New Roman" w:cs="Times New Roman"/>
                              <w:sz w:val="30"/>
                              <w:szCs w:val="30"/>
                              <w:lang w:val="pt-BR" w:eastAsia="pt-BR"/>
                            </w:rPr>
                            <w:alias w:val="Resumo"/>
                            <w:tag w:val=""/>
                            <w:id w:val="1375273687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Content>
                            <w:p w:rsidR="00775CDB" w:rsidRPr="00C16F2D" w:rsidRDefault="00775CDB" w:rsidP="00C16F2D">
                              <w:pPr>
                                <w:pStyle w:val="SemEspaamento"/>
                                <w:tabs>
                                  <w:tab w:val="left" w:pos="7920"/>
                                </w:tabs>
                                <w:ind w:left="-2340"/>
                                <w:jc w:val="right"/>
                                <w:rPr>
                                  <w:color w:val="595959" w:themeColor="text1" w:themeTint="A6"/>
                                  <w:sz w:val="30"/>
                                  <w:szCs w:val="30"/>
                                  <w:lang w:val="pt-BR"/>
                                </w:rPr>
                              </w:pPr>
                              <w:r w:rsidRPr="00E763D5">
                                <w:rPr>
                                  <w:rFonts w:ascii="Times New Roman" w:eastAsia="Times New Roman" w:hAnsi="Times New Roman" w:cs="Times New Roman"/>
                                  <w:sz w:val="30"/>
                                  <w:szCs w:val="30"/>
                                  <w:lang w:val="pt-BR" w:eastAsia="pt-BR"/>
                                </w:rPr>
                                <w:t>Controle e documentação de lançamento de radiossondagens e condições atmosféricas</w:t>
                              </w:r>
                              <w:r w:rsidRPr="00E763D5">
                                <w:rPr>
                                  <w:rFonts w:ascii="Times New Roman" w:eastAsia="Times New Roman" w:hAnsi="Times New Roman" w:cs="Times New Roman"/>
                                  <w:sz w:val="30"/>
                                  <w:szCs w:val="30"/>
                                  <w:lang w:val="pt-BR" w:eastAsia="pt-BR"/>
                                </w:rPr>
                                <w:br/>
                                <w:t>Control and documentation of radiosonde launches and atmospheric conditions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1DAD207C" wp14:editId="15C3FBB5">
                    <wp:simplePos x="0" y="0"/>
                    <wp:positionH relativeFrom="page">
                      <wp:posOffset>222250</wp:posOffset>
                    </wp:positionH>
                    <wp:positionV relativeFrom="page">
                      <wp:posOffset>4715510</wp:posOffset>
                    </wp:positionV>
                    <wp:extent cx="7315200" cy="1009650"/>
                    <wp:effectExtent l="0" t="0" r="0" b="0"/>
                    <wp:wrapSquare wrapText="bothSides"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75CDB" w:rsidRDefault="00775CDB" w:rsidP="00C16F2D">
                                <w:pPr>
                                  <w:pStyle w:val="NormalWeb"/>
                                  <w:spacing w:line="360" w:lineRule="auto"/>
                                  <w:ind w:left="630"/>
                                  <w:rPr>
                                    <w:sz w:val="36"/>
                                  </w:rPr>
                                </w:pPr>
                                <w:r w:rsidRPr="00C16F2D">
                                  <w:rPr>
                                    <w:b/>
                                    <w:sz w:val="36"/>
                                  </w:rPr>
                                  <w:t>Station</w:t>
                                </w:r>
                                <w:r w:rsidRPr="00A66583">
                                  <w:rPr>
                                    <w:b/>
                                    <w:sz w:val="36"/>
                                  </w:rPr>
                                  <w:t xml:space="preserve"> / Estação</w:t>
                                </w:r>
                                <w:r w:rsidRPr="001E63B9">
                                  <w:rPr>
                                    <w:sz w:val="36"/>
                                  </w:rPr>
                                  <w:t xml:space="preserve">: </w:t>
                                </w:r>
                                <w:r>
                                  <w:rPr>
                                    <w:sz w:val="36"/>
                                  </w:rPr>
                                  <w:t>RMG</w:t>
                                </w:r>
                              </w:p>
                              <w:p w:rsidR="00775CDB" w:rsidRDefault="00775CDB" w:rsidP="00C16F2D">
                                <w:pPr>
                                  <w:pStyle w:val="NormalWeb"/>
                                  <w:spacing w:line="360" w:lineRule="auto"/>
                                  <w:ind w:left="630"/>
                                  <w:rPr>
                                    <w:sz w:val="36"/>
                                  </w:rPr>
                                </w:pPr>
                                <w:r w:rsidRPr="00C16F2D">
                                  <w:rPr>
                                    <w:b/>
                                    <w:sz w:val="36"/>
                                  </w:rPr>
                                  <w:t>Address</w:t>
                                </w:r>
                                <w:r w:rsidRPr="00A66583">
                                  <w:rPr>
                                    <w:b/>
                                    <w:sz w:val="36"/>
                                  </w:rPr>
                                  <w:t xml:space="preserve"> / Endereço:</w:t>
                                </w:r>
                                <w:r>
                                  <w:rPr>
                                    <w:sz w:val="36"/>
                                  </w:rPr>
                                  <w:t xml:space="preserve"> Rua Jacatirão, 386 –Vargem Grande </w:t>
                                </w:r>
                              </w:p>
                              <w:p w:rsidR="00775CDB" w:rsidRPr="001E63B9" w:rsidRDefault="00775CDB" w:rsidP="00C16F2D">
                                <w:pPr>
                                  <w:pStyle w:val="NormalWeb"/>
                                  <w:spacing w:line="360" w:lineRule="auto"/>
                                  <w:ind w:left="630"/>
                                  <w:rPr>
                                    <w:sz w:val="36"/>
                                  </w:rPr>
                                </w:pPr>
                                <w:r w:rsidRPr="00C16F2D">
                                  <w:rPr>
                                    <w:b/>
                                    <w:sz w:val="36"/>
                                    <w:lang w:val="en-US"/>
                                  </w:rPr>
                                  <w:t>Period</w:t>
                                </w:r>
                                <w:r>
                                  <w:rPr>
                                    <w:b/>
                                    <w:sz w:val="36"/>
                                  </w:rPr>
                                  <w:t xml:space="preserve"> /Perí</w:t>
                                </w:r>
                                <w:r w:rsidRPr="00C16F2D">
                                  <w:rPr>
                                    <w:b/>
                                    <w:sz w:val="36"/>
                                  </w:rPr>
                                  <w:t>odo</w:t>
                                </w:r>
                                <w:r w:rsidRPr="001E63B9">
                                  <w:rPr>
                                    <w:sz w:val="36"/>
                                  </w:rPr>
                                  <w:t xml:space="preserve">: </w:t>
                                </w:r>
                                <w:r>
                                  <w:rPr>
                                    <w:sz w:val="36"/>
                                  </w:rPr>
                                  <w:t>________________</w:t>
                                </w:r>
                                <w:r w:rsidRPr="001E63B9">
                                  <w:rPr>
                                    <w:sz w:val="36"/>
                                  </w:rPr>
                                  <w:t>________</w:t>
                                </w:r>
                              </w:p>
                              <w:p w:rsidR="00775CDB" w:rsidRPr="00C16F2D" w:rsidRDefault="00775CDB" w:rsidP="00C16F2D">
                                <w:pPr>
                                  <w:pStyle w:val="SemEspaamento"/>
                                  <w:ind w:left="-1080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  <w:lang w:val="pt-BR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1DAD207C" id="Caixa de Texto 2" o:spid="_x0000_s1027" type="#_x0000_t202" style="position:absolute;margin-left:17.5pt;margin-top:371.3pt;width:8in;height:79.5pt;z-index:251666432;visibility:visible;mso-wrap-style:square;mso-width-percent:941;mso-height-percent:10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" filled="f" stroked="f" strokeweight=".5pt">
                    <v:textbox style="mso-fit-shape-to-text:t" inset="126pt,0,54pt,0">
                      <w:txbxContent>
                        <w:p w:rsidR="00775CDB" w:rsidRDefault="00775CDB" w:rsidP="00C16F2D">
                          <w:pPr>
                            <w:pStyle w:val="NormalWeb"/>
                            <w:spacing w:line="360" w:lineRule="auto"/>
                            <w:ind w:left="630"/>
                            <w:rPr>
                              <w:sz w:val="36"/>
                            </w:rPr>
                          </w:pPr>
                          <w:r w:rsidRPr="00C16F2D">
                            <w:rPr>
                              <w:b/>
                              <w:sz w:val="36"/>
                            </w:rPr>
                            <w:t>Station</w:t>
                          </w:r>
                          <w:r w:rsidRPr="00A66583">
                            <w:rPr>
                              <w:b/>
                              <w:sz w:val="36"/>
                            </w:rPr>
                            <w:t xml:space="preserve"> / Estação</w:t>
                          </w:r>
                          <w:r w:rsidRPr="001E63B9">
                            <w:rPr>
                              <w:sz w:val="36"/>
                            </w:rPr>
                            <w:t xml:space="preserve">: </w:t>
                          </w:r>
                          <w:r>
                            <w:rPr>
                              <w:sz w:val="36"/>
                            </w:rPr>
                            <w:t>RMG</w:t>
                          </w:r>
                        </w:p>
                        <w:p w:rsidR="00775CDB" w:rsidRDefault="00775CDB" w:rsidP="00C16F2D">
                          <w:pPr>
                            <w:pStyle w:val="NormalWeb"/>
                            <w:spacing w:line="360" w:lineRule="auto"/>
                            <w:ind w:left="630"/>
                            <w:rPr>
                              <w:sz w:val="36"/>
                            </w:rPr>
                          </w:pPr>
                          <w:r w:rsidRPr="00C16F2D">
                            <w:rPr>
                              <w:b/>
                              <w:sz w:val="36"/>
                            </w:rPr>
                            <w:t>Address</w:t>
                          </w:r>
                          <w:r w:rsidRPr="00A66583">
                            <w:rPr>
                              <w:b/>
                              <w:sz w:val="36"/>
                            </w:rPr>
                            <w:t xml:space="preserve"> / Endereço:</w:t>
                          </w:r>
                          <w:r>
                            <w:rPr>
                              <w:sz w:val="36"/>
                            </w:rPr>
                            <w:t xml:space="preserve"> Rua Jacatirão, 386 –Vargem Grande </w:t>
                          </w:r>
                        </w:p>
                        <w:p w:rsidR="00775CDB" w:rsidRPr="001E63B9" w:rsidRDefault="00775CDB" w:rsidP="00C16F2D">
                          <w:pPr>
                            <w:pStyle w:val="NormalWeb"/>
                            <w:spacing w:line="360" w:lineRule="auto"/>
                            <w:ind w:left="630"/>
                            <w:rPr>
                              <w:sz w:val="36"/>
                            </w:rPr>
                          </w:pPr>
                          <w:r w:rsidRPr="00C16F2D">
                            <w:rPr>
                              <w:b/>
                              <w:sz w:val="36"/>
                              <w:lang w:val="en-US"/>
                            </w:rPr>
                            <w:t>Period</w:t>
                          </w:r>
                          <w:r>
                            <w:rPr>
                              <w:b/>
                              <w:sz w:val="36"/>
                            </w:rPr>
                            <w:t xml:space="preserve"> /Perí</w:t>
                          </w:r>
                          <w:r w:rsidRPr="00C16F2D">
                            <w:rPr>
                              <w:b/>
                              <w:sz w:val="36"/>
                            </w:rPr>
                            <w:t>odo</w:t>
                          </w:r>
                          <w:r w:rsidRPr="001E63B9">
                            <w:rPr>
                              <w:sz w:val="36"/>
                            </w:rPr>
                            <w:t xml:space="preserve">: </w:t>
                          </w:r>
                          <w:r>
                            <w:rPr>
                              <w:sz w:val="36"/>
                            </w:rPr>
                            <w:t>________________</w:t>
                          </w:r>
                          <w:r w:rsidRPr="001E63B9">
                            <w:rPr>
                              <w:sz w:val="36"/>
                            </w:rPr>
                            <w:t>________</w:t>
                          </w:r>
                        </w:p>
                        <w:p w:rsidR="00775CDB" w:rsidRPr="00C16F2D" w:rsidRDefault="00775CDB" w:rsidP="00C16F2D">
                          <w:pPr>
                            <w:pStyle w:val="SemEspaamento"/>
                            <w:ind w:left="-1080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  <w:lang w:val="pt-BR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C16F2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posOffset>228600</wp:posOffset>
                    </wp:positionH>
                    <wp:positionV relativeFrom="page">
                      <wp:posOffset>1447800</wp:posOffset>
                    </wp:positionV>
                    <wp:extent cx="7721600" cy="3067050"/>
                    <wp:effectExtent l="0" t="0" r="0" b="0"/>
                    <wp:wrapSquare wrapText="bothSides"/>
                    <wp:docPr id="154" name="Caixa de Texto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721600" cy="3067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75CDB" w:rsidRPr="00C16F2D" w:rsidRDefault="00775CDB" w:rsidP="00C16F2D">
                                <w:pPr>
                                  <w:ind w:left="-810"/>
                                  <w:jc w:val="right"/>
                                  <w:rPr>
                                    <w:color w:val="4F81BD" w:themeColor="accent1"/>
                                    <w:sz w:val="64"/>
                                    <w:szCs w:val="64"/>
                                    <w:lang w:val="pt-BR"/>
                                  </w:rPr>
                                </w:pPr>
                                <w:sdt>
                                  <w:sdtPr>
                                    <w:rPr>
                                      <w:rStyle w:val="Cabealho"/>
                                      <w:b/>
                                      <w:bCs/>
                                      <w:sz w:val="40"/>
                                      <w:lang w:val="pt-BR"/>
                                    </w:rPr>
                                    <w:alias w:val="Título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Pr="00C16F2D">
                                      <w:rPr>
                                        <w:rStyle w:val="Cabealho"/>
                                        <w:b/>
                                        <w:bCs/>
                                        <w:sz w:val="40"/>
                                        <w:lang w:val="pt-BR"/>
                                      </w:rPr>
                                      <w:t>RADIOSONDE LAUNCH LOGBOOK</w:t>
                                    </w:r>
                                    <w:r w:rsidRPr="00C16F2D">
                                      <w:rPr>
                                        <w:rStyle w:val="Cabealho"/>
                                        <w:b/>
                                        <w:bCs/>
                                        <w:sz w:val="40"/>
                                        <w:lang w:val="pt-BR"/>
                                      </w:rPr>
                                      <w:br/>
                                      <w:t>REGISTRO DE LANÇAMENTOS DE RADIOSSONDA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ítulo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775CDB" w:rsidRPr="00C16F2D" w:rsidRDefault="00775CDB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  <w:lang w:val="pt-BR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Reserva Morro Grande - RMG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154" o:spid="_x0000_s1028" type="#_x0000_t202" style="position:absolute;margin-left:18pt;margin-top:114pt;width:608pt;height:241.5pt;z-index:251661312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" filled="f" stroked="f" strokeweight=".5pt">
                    <v:textbox inset="126pt,0,54pt,0">
                      <w:txbxContent>
                        <w:p w:rsidR="00775CDB" w:rsidRPr="00C16F2D" w:rsidRDefault="00775CDB" w:rsidP="00C16F2D">
                          <w:pPr>
                            <w:ind w:left="-810"/>
                            <w:jc w:val="right"/>
                            <w:rPr>
                              <w:color w:val="4F81BD" w:themeColor="accent1"/>
                              <w:sz w:val="64"/>
                              <w:szCs w:val="64"/>
                              <w:lang w:val="pt-BR"/>
                            </w:rPr>
                          </w:pPr>
                          <w:sdt>
                            <w:sdtPr>
                              <w:rPr>
                                <w:rStyle w:val="Cabealho"/>
                                <w:b/>
                                <w:bCs/>
                                <w:sz w:val="40"/>
                                <w:lang w:val="pt-BR"/>
                              </w:rPr>
                              <w:alias w:val="Título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Pr="00C16F2D">
                                <w:rPr>
                                  <w:rStyle w:val="Cabealho"/>
                                  <w:b/>
                                  <w:bCs/>
                                  <w:sz w:val="40"/>
                                  <w:lang w:val="pt-BR"/>
                                </w:rPr>
                                <w:t>RADIOSONDE LAUNCH LOGBOOK</w:t>
                              </w:r>
                              <w:r w:rsidRPr="00C16F2D">
                                <w:rPr>
                                  <w:rStyle w:val="Cabealho"/>
                                  <w:b/>
                                  <w:bCs/>
                                  <w:sz w:val="40"/>
                                  <w:lang w:val="pt-BR"/>
                                </w:rPr>
                                <w:br/>
                                <w:t>REGISTRO DE LANÇAMENTOS DE RADIOSSONDA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ítulo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775CDB" w:rsidRPr="00C16F2D" w:rsidRDefault="00775CDB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  <w:lang w:val="pt-BR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Reserva Morro Grande - RMG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C16F2D">
            <w:rPr>
              <w:b/>
              <w:sz w:val="30"/>
              <w:szCs w:val="30"/>
              <w:lang w:val="pt-BR"/>
            </w:rPr>
            <w:br w:type="page"/>
          </w:r>
        </w:p>
      </w:sdtContent>
    </w:sdt>
    <w:p w:rsidR="00246A96" w:rsidRPr="00246A96" w:rsidRDefault="00246A96" w:rsidP="00246A96">
      <w:pPr>
        <w:spacing w:beforeLines="100" w:before="240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086EC9" w:rsidRPr="0093423C" w:rsidRDefault="00246A96" w:rsidP="00246A96">
      <w:pPr>
        <w:spacing w:beforeLines="100" w:before="240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640364" w:rsidRP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640364" w:rsidRPr="0093423C" w:rsidRDefault="00640364" w:rsidP="007D60E1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885122">
              <w:rPr>
                <w:b/>
                <w:sz w:val="28"/>
                <w:szCs w:val="24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640364" w:rsidRPr="00640364" w:rsidRDefault="00640364" w:rsidP="007D60E1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640364" w:rsidTr="00B25073">
        <w:tc>
          <w:tcPr>
            <w:tcW w:w="5248" w:type="dxa"/>
          </w:tcPr>
          <w:p w:rsidR="00640364" w:rsidRPr="00640364" w:rsidRDefault="00640364" w:rsidP="00A02FDA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640364" w:rsidRDefault="00640364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640364" w:rsidRDefault="00640364" w:rsidP="00A02FDA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bookmarkStart w:id="0" w:name="_GoBack"/>
        <w:bookmarkEnd w:id="0"/>
      </w:tr>
      <w:tr w:rsidR="00640364" w:rsidTr="00B25073">
        <w:tc>
          <w:tcPr>
            <w:tcW w:w="5248" w:type="dxa"/>
          </w:tcPr>
          <w:p w:rsidR="00640364" w:rsidRDefault="00640364" w:rsidP="00A02FDA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640364" w:rsidRPr="00640364" w:rsidRDefault="00640364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640364" w:rsidRDefault="00640364" w:rsidP="00A02FDA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40364" w:rsidTr="00B25073">
        <w:tc>
          <w:tcPr>
            <w:tcW w:w="5248" w:type="dxa"/>
          </w:tcPr>
          <w:p w:rsidR="00640364" w:rsidRPr="00640364" w:rsidRDefault="00640364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640364" w:rsidRDefault="00640364" w:rsidP="00A02FDA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640364" w:rsidRDefault="00640364" w:rsidP="00A02FDA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E81476">
              <w:rPr>
                <w:sz w:val="24"/>
                <w:szCs w:val="24"/>
              </w:rPr>
              <w:t xml:space="preserve">Radiosonde </w:t>
            </w:r>
            <w:r w:rsidR="00885122" w:rsidRPr="00E81476">
              <w:rPr>
                <w:sz w:val="24"/>
                <w:szCs w:val="24"/>
              </w:rPr>
              <w:t>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640364" w:rsidRPr="00640364" w:rsidRDefault="00640364" w:rsidP="007D60E1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640364" w:rsidTr="00B25073">
        <w:tc>
          <w:tcPr>
            <w:tcW w:w="5248" w:type="dxa"/>
          </w:tcPr>
          <w:p w:rsidR="0093423C" w:rsidRPr="00640364" w:rsidRDefault="0093423C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40364" w:rsidRPr="00640364" w:rsidRDefault="00640364" w:rsidP="00A02FDA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93423C" w:rsidRPr="00640364" w:rsidRDefault="0093423C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40364" w:rsidRPr="00640364" w:rsidRDefault="00640364" w:rsidP="00A02FDA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93423C" w:rsidTr="00B25073">
        <w:tc>
          <w:tcPr>
            <w:tcW w:w="10502" w:type="dxa"/>
            <w:gridSpan w:val="2"/>
          </w:tcPr>
          <w:p w:rsidR="0093423C" w:rsidRPr="00640364" w:rsidRDefault="0093423C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93423C" w:rsidTr="00B25073">
        <w:tc>
          <w:tcPr>
            <w:tcW w:w="5248" w:type="dxa"/>
          </w:tcPr>
          <w:p w:rsidR="0093423C" w:rsidRPr="00640364" w:rsidRDefault="0093423C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93423C" w:rsidRPr="00640364" w:rsidRDefault="0093423C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93423C" w:rsidRPr="00640364" w:rsidRDefault="0093423C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93423C" w:rsidRPr="00640364" w:rsidRDefault="0093423C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93423C" w:rsidTr="00B25073">
        <w:tc>
          <w:tcPr>
            <w:tcW w:w="5248" w:type="dxa"/>
          </w:tcPr>
          <w:p w:rsidR="0093423C" w:rsidRDefault="0093423C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93423C" w:rsidRPr="00640364" w:rsidRDefault="0093423C" w:rsidP="00A02FDA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93423C" w:rsidRPr="00640364" w:rsidRDefault="0093423C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93423C" w:rsidTr="00E763D5">
        <w:tc>
          <w:tcPr>
            <w:tcW w:w="10502" w:type="dxa"/>
            <w:gridSpan w:val="2"/>
            <w:shd w:val="clear" w:color="auto" w:fill="DBE5F1" w:themeFill="accent1" w:themeFillTint="33"/>
          </w:tcPr>
          <w:p w:rsidR="0093423C" w:rsidRPr="00640364" w:rsidRDefault="00655921" w:rsidP="00E8147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="0093423C"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="0093423C" w:rsidRPr="00A02FDA">
              <w:rPr>
                <w:b/>
                <w:sz w:val="28"/>
                <w:szCs w:val="24"/>
              </w:rPr>
              <w:t>Notifi</w:t>
            </w:r>
            <w:r w:rsidRPr="00A02FDA">
              <w:rPr>
                <w:b/>
                <w:sz w:val="28"/>
                <w:szCs w:val="24"/>
              </w:rPr>
              <w:t>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</w:t>
            </w:r>
            <w:r w:rsidR="00885122" w:rsidRPr="00A02FDA">
              <w:rPr>
                <w:sz w:val="26"/>
                <w:szCs w:val="26"/>
                <w:lang w:val="pt-BR"/>
              </w:rPr>
              <w:t xml:space="preserve">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</w:t>
            </w:r>
            <w:r w:rsidR="00E81476" w:rsidRPr="00A02FDA">
              <w:rPr>
                <w:b/>
                <w:sz w:val="26"/>
                <w:szCs w:val="26"/>
                <w:lang w:val="pt-BR"/>
              </w:rPr>
              <w:t>a</w:t>
            </w:r>
            <w:r w:rsidRPr="00A02FDA">
              <w:rPr>
                <w:b/>
                <w:sz w:val="26"/>
                <w:szCs w:val="26"/>
                <w:lang w:val="pt-BR"/>
              </w:rPr>
              <w:t>ltitude máxima</w:t>
            </w:r>
            <w:r w:rsidR="00885122" w:rsidRPr="00A02FDA">
              <w:rPr>
                <w:b/>
                <w:sz w:val="26"/>
                <w:szCs w:val="26"/>
                <w:lang w:val="pt-BR"/>
              </w:rPr>
              <w:t xml:space="preserve"> estimada ~25000m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e  Horário estimado de lançamento</w:t>
            </w:r>
            <w:r w:rsidR="00885122" w:rsidRPr="00A02FDA">
              <w:rPr>
                <w:b/>
                <w:sz w:val="26"/>
                <w:szCs w:val="26"/>
                <w:lang w:val="pt-BR"/>
              </w:rPr>
              <w:t>.</w:t>
            </w:r>
          </w:p>
        </w:tc>
      </w:tr>
      <w:tr w:rsidR="0093423C" w:rsidRPr="0093423C" w:rsidTr="00B25073">
        <w:tc>
          <w:tcPr>
            <w:tcW w:w="5248" w:type="dxa"/>
          </w:tcPr>
          <w:p w:rsidR="0093423C" w:rsidRPr="00655921" w:rsidRDefault="00655921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885122">
              <w:rPr>
                <w:sz w:val="24"/>
                <w:szCs w:val="24"/>
              </w:rPr>
              <w:t>notified</w:t>
            </w:r>
            <w:r w:rsidR="0093423C" w:rsidRPr="00655921">
              <w:rPr>
                <w:sz w:val="24"/>
                <w:szCs w:val="24"/>
                <w:lang w:val="pt-BR"/>
              </w:rPr>
              <w:t xml:space="preserve"> /</w:t>
            </w:r>
            <w:r w:rsidRPr="00655921">
              <w:rPr>
                <w:sz w:val="24"/>
                <w:szCs w:val="24"/>
                <w:lang w:val="pt-BR"/>
              </w:rPr>
              <w:t>CINDACTA</w:t>
            </w:r>
            <w:r w:rsidR="0093423C" w:rsidRPr="00655921">
              <w:rPr>
                <w:sz w:val="24"/>
                <w:szCs w:val="24"/>
                <w:lang w:val="pt-BR"/>
              </w:rPr>
              <w:t xml:space="preserve"> </w:t>
            </w:r>
            <w:r w:rsidR="00A02FDA" w:rsidRPr="00655921">
              <w:rPr>
                <w:sz w:val="24"/>
                <w:szCs w:val="24"/>
                <w:lang w:val="pt-BR"/>
              </w:rPr>
              <w:t>notificada?</w:t>
            </w:r>
          </w:p>
          <w:p w:rsidR="0093423C" w:rsidRPr="00655921" w:rsidRDefault="0093423C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☐ Yes ☐ No</w:t>
            </w:r>
          </w:p>
        </w:tc>
        <w:tc>
          <w:tcPr>
            <w:tcW w:w="5254" w:type="dxa"/>
          </w:tcPr>
          <w:p w:rsidR="0093423C" w:rsidRDefault="000B45E9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 w:rsidR="00A02FDA">
              <w:rPr>
                <w:sz w:val="24"/>
                <w:szCs w:val="24"/>
                <w:lang w:val="pt-BR"/>
              </w:rPr>
              <w:t>Notificado por</w:t>
            </w:r>
            <w:r w:rsidR="0093423C">
              <w:rPr>
                <w:sz w:val="24"/>
                <w:szCs w:val="24"/>
                <w:lang w:val="pt-BR"/>
              </w:rPr>
              <w:t xml:space="preserve">: </w:t>
            </w:r>
          </w:p>
          <w:p w:rsidR="0093423C" w:rsidRPr="0093423C" w:rsidRDefault="0093423C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0B45E9" w:rsidRPr="0093423C" w:rsidTr="00B25073">
        <w:tc>
          <w:tcPr>
            <w:tcW w:w="5248" w:type="dxa"/>
          </w:tcPr>
          <w:p w:rsidR="000B45E9" w:rsidRPr="0093423C" w:rsidRDefault="000B45E9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0B45E9" w:rsidRDefault="000B45E9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 xml:space="preserve">Name of </w:t>
            </w:r>
            <w:r w:rsidR="00885122" w:rsidRPr="00885122">
              <w:rPr>
                <w:sz w:val="24"/>
                <w:szCs w:val="24"/>
              </w:rPr>
              <w:t>CINDACTA</w:t>
            </w:r>
            <w:r>
              <w:rPr>
                <w:sz w:val="24"/>
                <w:szCs w:val="24"/>
                <w:lang w:val="pt-BR"/>
              </w:rPr>
              <w:t xml:space="preserve">/Contato do </w:t>
            </w:r>
            <w:r w:rsidR="00885122">
              <w:rPr>
                <w:sz w:val="24"/>
                <w:szCs w:val="24"/>
                <w:lang w:val="pt-BR"/>
              </w:rPr>
              <w:t>CINDACTA</w:t>
            </w:r>
            <w:r>
              <w:rPr>
                <w:sz w:val="24"/>
                <w:szCs w:val="24"/>
                <w:lang w:val="pt-BR"/>
              </w:rPr>
              <w:t xml:space="preserve">: </w:t>
            </w:r>
          </w:p>
          <w:p w:rsidR="000B45E9" w:rsidRPr="0093423C" w:rsidRDefault="000B45E9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93423C" w:rsidRPr="0093423C" w:rsidTr="00B25073">
        <w:tc>
          <w:tcPr>
            <w:tcW w:w="10502" w:type="dxa"/>
            <w:gridSpan w:val="2"/>
          </w:tcPr>
          <w:p w:rsidR="0093423C" w:rsidRPr="0093423C" w:rsidRDefault="0093423C" w:rsidP="00A02FDA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="000B45E9"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93423C" w:rsidRPr="0093423C" w:rsidTr="00B25073">
        <w:tc>
          <w:tcPr>
            <w:tcW w:w="10502" w:type="dxa"/>
            <w:gridSpan w:val="2"/>
          </w:tcPr>
          <w:p w:rsidR="0093423C" w:rsidRPr="00640364" w:rsidRDefault="0093423C" w:rsidP="00A02FDA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93423C" w:rsidRPr="0093423C" w:rsidTr="00E763D5">
        <w:trPr>
          <w:trHeight w:val="440"/>
        </w:trPr>
        <w:tc>
          <w:tcPr>
            <w:tcW w:w="10502" w:type="dxa"/>
            <w:gridSpan w:val="2"/>
          </w:tcPr>
          <w:p w:rsidR="0093423C" w:rsidRPr="00640364" w:rsidRDefault="0093423C" w:rsidP="00A02FDA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93423C" w:rsidRPr="0093423C" w:rsidTr="00B25073">
        <w:tc>
          <w:tcPr>
            <w:tcW w:w="10502" w:type="dxa"/>
            <w:gridSpan w:val="2"/>
          </w:tcPr>
          <w:p w:rsidR="0093423C" w:rsidRPr="00640364" w:rsidRDefault="0093423C" w:rsidP="00A02FDA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6A96" w:rsidRDefault="00246A96">
      <w:pPr>
        <w:rPr>
          <w:b/>
          <w:sz w:val="16"/>
          <w:szCs w:val="16"/>
          <w:lang w:val="pt-BR"/>
        </w:rPr>
      </w:pPr>
      <w:r>
        <w:rPr>
          <w:b/>
          <w:sz w:val="16"/>
          <w:szCs w:val="16"/>
          <w:lang w:val="pt-BR"/>
        </w:rPr>
        <w:br w:type="page"/>
      </w:r>
    </w:p>
    <w:p w:rsidR="00246A96" w:rsidRPr="00246A96" w:rsidRDefault="00246A96" w:rsidP="00246A96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246A96" w:rsidRPr="0093423C" w:rsidRDefault="00246A96" w:rsidP="00246A96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246A96" w:rsidRP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93423C" w:rsidRDefault="00246A96" w:rsidP="00246A96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246A96" w:rsidRPr="0093423C" w:rsidTr="00246A96">
        <w:tc>
          <w:tcPr>
            <w:tcW w:w="5248" w:type="dxa"/>
          </w:tcPr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☐ Yes ☐ No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5248" w:type="dxa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6A96" w:rsidRDefault="00246A96">
      <w:r>
        <w:br w:type="page"/>
      </w:r>
    </w:p>
    <w:p w:rsidR="00246A96" w:rsidRPr="00246A96" w:rsidRDefault="00246A96" w:rsidP="00246A96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246A96" w:rsidRPr="0093423C" w:rsidRDefault="00246A96" w:rsidP="00246A96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246A96" w:rsidRP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93423C" w:rsidRDefault="00246A96" w:rsidP="00246A96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246A96" w:rsidRPr="0093423C" w:rsidTr="00246A96">
        <w:tc>
          <w:tcPr>
            <w:tcW w:w="5248" w:type="dxa"/>
          </w:tcPr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☐ Yes ☐ No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5248" w:type="dxa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6A96" w:rsidRDefault="00246A96">
      <w:r>
        <w:br w:type="page"/>
      </w:r>
    </w:p>
    <w:p w:rsidR="00246A96" w:rsidRDefault="00246A96" w:rsidP="00246A96">
      <w:pPr>
        <w:spacing w:beforeLines="60" w:before="144" w:afterLines="60" w:after="144" w:line="288" w:lineRule="auto"/>
        <w:jc w:val="center"/>
      </w:pPr>
    </w:p>
    <w:p w:rsidR="00246A96" w:rsidRPr="0093423C" w:rsidRDefault="00246A96" w:rsidP="00246A96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246A96" w:rsidRP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93423C" w:rsidRDefault="00246A96" w:rsidP="00246A96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246A96" w:rsidRPr="0093423C" w:rsidTr="00246A96">
        <w:tc>
          <w:tcPr>
            <w:tcW w:w="5248" w:type="dxa"/>
          </w:tcPr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☐ Yes ☐ No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5248" w:type="dxa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6A96" w:rsidRPr="00246A96" w:rsidRDefault="00246A96" w:rsidP="00246A96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  <w:r>
        <w:br w:type="page"/>
      </w:r>
    </w:p>
    <w:p w:rsidR="00E763D5" w:rsidRDefault="00E763D5" w:rsidP="00E763D5">
      <w:pPr>
        <w:spacing w:beforeLines="60" w:before="144" w:afterLines="60" w:after="144" w:line="288" w:lineRule="auto"/>
        <w:jc w:val="center"/>
      </w:pPr>
    </w:p>
    <w:p w:rsidR="00246A96" w:rsidRPr="0093423C" w:rsidRDefault="00246A96" w:rsidP="00246A96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246A96" w:rsidRP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93423C" w:rsidRDefault="00246A96" w:rsidP="00246A96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246A96" w:rsidRPr="0093423C" w:rsidTr="00246A96">
        <w:tc>
          <w:tcPr>
            <w:tcW w:w="5248" w:type="dxa"/>
          </w:tcPr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☐ Yes ☐ No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5248" w:type="dxa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6A96" w:rsidRDefault="00246A96" w:rsidP="00246A96">
      <w:r>
        <w:br w:type="page"/>
      </w:r>
    </w:p>
    <w:p w:rsidR="00246A96" w:rsidRPr="00246A96" w:rsidRDefault="00246A96" w:rsidP="00246A96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246A96" w:rsidRPr="0093423C" w:rsidRDefault="00246A96" w:rsidP="00246A96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246A96" w:rsidRP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93423C" w:rsidRDefault="00246A96" w:rsidP="00246A96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246A96" w:rsidRPr="0093423C" w:rsidTr="00246A96">
        <w:tc>
          <w:tcPr>
            <w:tcW w:w="5248" w:type="dxa"/>
          </w:tcPr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☐ Yes ☐ No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5248" w:type="dxa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6A96" w:rsidRDefault="00246A96" w:rsidP="00246A96">
      <w:r>
        <w:br w:type="page"/>
      </w:r>
    </w:p>
    <w:p w:rsidR="00246A96" w:rsidRDefault="00246A96" w:rsidP="00246A96">
      <w:pPr>
        <w:spacing w:beforeLines="60" w:before="144" w:afterLines="60" w:after="144" w:line="288" w:lineRule="auto"/>
        <w:jc w:val="center"/>
      </w:pPr>
    </w:p>
    <w:p w:rsidR="00246A96" w:rsidRPr="0093423C" w:rsidRDefault="00246A96" w:rsidP="00246A96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246A96" w:rsidRP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93423C" w:rsidRDefault="00246A96" w:rsidP="00246A96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246A96" w:rsidRPr="0093423C" w:rsidTr="00246A96">
        <w:tc>
          <w:tcPr>
            <w:tcW w:w="5248" w:type="dxa"/>
          </w:tcPr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☐ Yes ☐ No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5248" w:type="dxa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6A96" w:rsidRDefault="00246A96">
      <w:r>
        <w:br w:type="page"/>
      </w:r>
    </w:p>
    <w:p w:rsidR="00246A96" w:rsidRPr="00246A96" w:rsidRDefault="00246A96" w:rsidP="00246A96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246A96" w:rsidRPr="0093423C" w:rsidRDefault="00246A96" w:rsidP="00246A96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246A96" w:rsidRP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93423C" w:rsidRDefault="00246A96" w:rsidP="00246A96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246A96" w:rsidRPr="0093423C" w:rsidTr="00246A96">
        <w:tc>
          <w:tcPr>
            <w:tcW w:w="5248" w:type="dxa"/>
          </w:tcPr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☐ Yes ☐ No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5248" w:type="dxa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6A96" w:rsidRDefault="00246A96" w:rsidP="00246A96">
      <w:r>
        <w:br w:type="page"/>
      </w:r>
    </w:p>
    <w:p w:rsidR="00246A96" w:rsidRPr="00246A96" w:rsidRDefault="00246A96" w:rsidP="00246A96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246A96" w:rsidRPr="0093423C" w:rsidRDefault="00246A96" w:rsidP="00246A96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246A96" w:rsidRP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93423C" w:rsidRDefault="00246A96" w:rsidP="00246A96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246A96" w:rsidRPr="0093423C" w:rsidTr="00246A96">
        <w:tc>
          <w:tcPr>
            <w:tcW w:w="5248" w:type="dxa"/>
          </w:tcPr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☐ Yes ☐ No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5248" w:type="dxa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6A96" w:rsidRDefault="00246A96" w:rsidP="00246A96">
      <w:r>
        <w:br w:type="page"/>
      </w:r>
    </w:p>
    <w:p w:rsidR="00246A96" w:rsidRDefault="00246A96" w:rsidP="00246A96">
      <w:pPr>
        <w:spacing w:beforeLines="60" w:before="144" w:afterLines="60" w:after="144" w:line="288" w:lineRule="auto"/>
        <w:jc w:val="center"/>
      </w:pPr>
    </w:p>
    <w:p w:rsidR="00246A96" w:rsidRPr="0093423C" w:rsidRDefault="00246A96" w:rsidP="00246A96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246A96" w:rsidRP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93423C" w:rsidRDefault="00246A96" w:rsidP="00246A96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246A96" w:rsidRPr="0093423C" w:rsidTr="00246A96">
        <w:tc>
          <w:tcPr>
            <w:tcW w:w="5248" w:type="dxa"/>
          </w:tcPr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☐ Yes ☐ No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5248" w:type="dxa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6A96" w:rsidRDefault="00246A96">
      <w:r>
        <w:br w:type="page"/>
      </w:r>
    </w:p>
    <w:p w:rsidR="00246A96" w:rsidRPr="00246A96" w:rsidRDefault="00246A96" w:rsidP="00246A96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246A96" w:rsidRPr="0093423C" w:rsidRDefault="00246A96" w:rsidP="00246A96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246A96" w:rsidRP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93423C" w:rsidRDefault="00246A96" w:rsidP="00246A96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246A96" w:rsidRPr="0093423C" w:rsidTr="00246A96">
        <w:tc>
          <w:tcPr>
            <w:tcW w:w="5248" w:type="dxa"/>
          </w:tcPr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☐ Yes ☐ No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5248" w:type="dxa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6A96" w:rsidRDefault="00246A96" w:rsidP="00246A96">
      <w:r>
        <w:br w:type="page"/>
      </w:r>
    </w:p>
    <w:p w:rsidR="00246A96" w:rsidRPr="00246A96" w:rsidRDefault="00246A96" w:rsidP="00246A96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246A96" w:rsidRPr="0093423C" w:rsidRDefault="00246A96" w:rsidP="00246A96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246A96" w:rsidRP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93423C" w:rsidRDefault="00246A96" w:rsidP="00246A96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246A96" w:rsidRPr="0093423C" w:rsidTr="00246A96">
        <w:tc>
          <w:tcPr>
            <w:tcW w:w="5248" w:type="dxa"/>
          </w:tcPr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☐ Yes ☐ No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5248" w:type="dxa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6A96" w:rsidRDefault="00246A96" w:rsidP="00246A96">
      <w:r>
        <w:br w:type="page"/>
      </w:r>
    </w:p>
    <w:p w:rsidR="00246A96" w:rsidRDefault="00246A96" w:rsidP="00246A96">
      <w:pPr>
        <w:spacing w:beforeLines="60" w:before="144" w:afterLines="60" w:after="144" w:line="288" w:lineRule="auto"/>
        <w:jc w:val="center"/>
      </w:pPr>
    </w:p>
    <w:p w:rsidR="00246A96" w:rsidRPr="0093423C" w:rsidRDefault="00246A96" w:rsidP="00246A96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246A96" w:rsidRP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93423C" w:rsidRDefault="00246A96" w:rsidP="00246A96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246A96" w:rsidRPr="0093423C" w:rsidTr="00246A96">
        <w:tc>
          <w:tcPr>
            <w:tcW w:w="5248" w:type="dxa"/>
          </w:tcPr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☐ Yes ☐ No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5248" w:type="dxa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6A96" w:rsidRDefault="00246A96" w:rsidP="00246A96">
      <w:pPr>
        <w:spacing w:beforeLines="60" w:before="144" w:afterLines="60" w:after="144" w:line="288" w:lineRule="auto"/>
        <w:jc w:val="center"/>
      </w:pPr>
      <w:r>
        <w:br w:type="page"/>
      </w:r>
    </w:p>
    <w:p w:rsidR="00E763D5" w:rsidRPr="00246A96" w:rsidRDefault="00E763D5" w:rsidP="00246A96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246A96" w:rsidRPr="0093423C" w:rsidRDefault="00246A96" w:rsidP="00246A96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246A96" w:rsidRP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93423C" w:rsidRDefault="00246A96" w:rsidP="00246A96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246A96" w:rsidRPr="0093423C" w:rsidTr="00246A96">
        <w:tc>
          <w:tcPr>
            <w:tcW w:w="5248" w:type="dxa"/>
          </w:tcPr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☐ Yes ☐ No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5248" w:type="dxa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6A96" w:rsidRDefault="00246A96" w:rsidP="00246A96">
      <w:r>
        <w:br w:type="page"/>
      </w:r>
    </w:p>
    <w:p w:rsidR="00246A96" w:rsidRPr="00246A96" w:rsidRDefault="00246A96" w:rsidP="00246A96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246A96" w:rsidRPr="0093423C" w:rsidRDefault="00246A96" w:rsidP="00246A96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246A96" w:rsidRP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93423C" w:rsidRDefault="00246A96" w:rsidP="00246A96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246A96" w:rsidRPr="0093423C" w:rsidTr="00246A96">
        <w:tc>
          <w:tcPr>
            <w:tcW w:w="5248" w:type="dxa"/>
          </w:tcPr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☐ Yes ☐ No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5248" w:type="dxa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6A96" w:rsidRDefault="00246A96" w:rsidP="00246A96">
      <w:r>
        <w:br w:type="page"/>
      </w:r>
    </w:p>
    <w:p w:rsidR="00246A96" w:rsidRDefault="00246A96" w:rsidP="00246A96">
      <w:pPr>
        <w:spacing w:beforeLines="60" w:before="144" w:afterLines="60" w:after="144" w:line="288" w:lineRule="auto"/>
        <w:jc w:val="center"/>
      </w:pPr>
    </w:p>
    <w:p w:rsidR="00246A96" w:rsidRPr="0093423C" w:rsidRDefault="00246A96" w:rsidP="00246A96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246A96" w:rsidRP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93423C" w:rsidRDefault="00246A96" w:rsidP="00246A96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246A96" w:rsidRPr="0093423C" w:rsidTr="00246A96">
        <w:tc>
          <w:tcPr>
            <w:tcW w:w="5248" w:type="dxa"/>
          </w:tcPr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☐ Yes ☐ No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5248" w:type="dxa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6A96" w:rsidRDefault="00246A96" w:rsidP="00246A96">
      <w:r>
        <w:br w:type="page"/>
      </w:r>
    </w:p>
    <w:p w:rsidR="00246A96" w:rsidRPr="00246A96" w:rsidRDefault="00246A96" w:rsidP="00246A96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246A96" w:rsidRPr="0093423C" w:rsidRDefault="00246A96" w:rsidP="00246A96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246A96" w:rsidRPr="00640364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93423C" w:rsidRDefault="00246A96" w:rsidP="00246A96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246A96" w:rsidTr="00246A96">
        <w:tc>
          <w:tcPr>
            <w:tcW w:w="5248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Tr="00246A96">
        <w:tc>
          <w:tcPr>
            <w:tcW w:w="5248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246A96" w:rsidRPr="00640364" w:rsidRDefault="00246A96" w:rsidP="00246A96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246A96" w:rsidTr="00E763D5">
        <w:tc>
          <w:tcPr>
            <w:tcW w:w="10502" w:type="dxa"/>
            <w:gridSpan w:val="2"/>
            <w:shd w:val="clear" w:color="auto" w:fill="DBE5F1" w:themeFill="accent1" w:themeFillTint="33"/>
          </w:tcPr>
          <w:p w:rsidR="00246A96" w:rsidRPr="00640364" w:rsidRDefault="00246A96" w:rsidP="00246A96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246A96" w:rsidRPr="0093423C" w:rsidTr="00246A96">
        <w:tc>
          <w:tcPr>
            <w:tcW w:w="5248" w:type="dxa"/>
          </w:tcPr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246A96" w:rsidRPr="00655921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☐ Yes ☐ No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5248" w:type="dxa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246A96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93423C" w:rsidRDefault="00246A96" w:rsidP="00246A96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46A96" w:rsidRPr="0093423C" w:rsidTr="00246A96">
        <w:tc>
          <w:tcPr>
            <w:tcW w:w="10502" w:type="dxa"/>
            <w:gridSpan w:val="2"/>
          </w:tcPr>
          <w:p w:rsidR="00246A96" w:rsidRPr="00640364" w:rsidRDefault="00246A96" w:rsidP="00246A96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46A96" w:rsidRDefault="00246A96" w:rsidP="00246A96">
      <w:r>
        <w:br w:type="page"/>
      </w:r>
    </w:p>
    <w:p w:rsidR="00E763D5" w:rsidRPr="00246A96" w:rsidRDefault="00E763D5" w:rsidP="00E763D5">
      <w:pPr>
        <w:spacing w:beforeLines="100" w:before="240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E763D5" w:rsidRPr="0093423C" w:rsidRDefault="00E763D5" w:rsidP="00E763D5">
      <w:pPr>
        <w:spacing w:beforeLines="100" w:before="240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E763D5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93423C" w:rsidRDefault="00E763D5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E763D5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E763D5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E763D5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E763D5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E763D5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E763D5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E763D5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E763D5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E763D5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E763D5" w:rsidRPr="0093423C" w:rsidTr="00775CDB">
        <w:tc>
          <w:tcPr>
            <w:tcW w:w="5248" w:type="dxa"/>
          </w:tcPr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E763D5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5248" w:type="dxa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E763D5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E763D5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rPr>
          <w:trHeight w:val="440"/>
        </w:trPr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E763D5" w:rsidRDefault="00E763D5" w:rsidP="00E763D5">
      <w:pPr>
        <w:rPr>
          <w:b/>
          <w:sz w:val="16"/>
          <w:szCs w:val="16"/>
          <w:lang w:val="pt-BR"/>
        </w:rPr>
      </w:pPr>
      <w:r>
        <w:rPr>
          <w:b/>
          <w:sz w:val="16"/>
          <w:szCs w:val="16"/>
          <w:lang w:val="pt-BR"/>
        </w:rPr>
        <w:br w:type="page"/>
      </w:r>
    </w:p>
    <w:p w:rsidR="00E763D5" w:rsidRPr="00246A96" w:rsidRDefault="00E763D5" w:rsidP="00E763D5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E763D5" w:rsidRPr="0093423C" w:rsidRDefault="00E763D5" w:rsidP="00E763D5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E763D5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93423C" w:rsidRDefault="00E763D5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E763D5" w:rsidRPr="0093423C" w:rsidTr="00775CDB">
        <w:tc>
          <w:tcPr>
            <w:tcW w:w="5248" w:type="dxa"/>
          </w:tcPr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5248" w:type="dxa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E763D5" w:rsidRDefault="00E763D5" w:rsidP="00E763D5">
      <w:r>
        <w:br w:type="page"/>
      </w:r>
    </w:p>
    <w:p w:rsidR="00E763D5" w:rsidRPr="00246A96" w:rsidRDefault="00E763D5" w:rsidP="00E763D5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E763D5" w:rsidRPr="0093423C" w:rsidRDefault="00E763D5" w:rsidP="00E763D5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E763D5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93423C" w:rsidRDefault="00E763D5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E763D5" w:rsidRPr="0093423C" w:rsidTr="00775CDB">
        <w:tc>
          <w:tcPr>
            <w:tcW w:w="5248" w:type="dxa"/>
          </w:tcPr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5248" w:type="dxa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E763D5" w:rsidRDefault="00E763D5" w:rsidP="00E763D5">
      <w:r>
        <w:br w:type="page"/>
      </w:r>
    </w:p>
    <w:p w:rsidR="00E763D5" w:rsidRDefault="00E763D5" w:rsidP="00E763D5">
      <w:pPr>
        <w:spacing w:beforeLines="60" w:before="144" w:afterLines="60" w:after="144" w:line="288" w:lineRule="auto"/>
        <w:jc w:val="center"/>
      </w:pPr>
    </w:p>
    <w:p w:rsidR="00E763D5" w:rsidRPr="0093423C" w:rsidRDefault="00E763D5" w:rsidP="00E763D5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E763D5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93423C" w:rsidRDefault="00E763D5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E763D5" w:rsidRPr="0093423C" w:rsidTr="00775CDB">
        <w:tc>
          <w:tcPr>
            <w:tcW w:w="5248" w:type="dxa"/>
          </w:tcPr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5248" w:type="dxa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E763D5" w:rsidRPr="00246A96" w:rsidRDefault="00E763D5" w:rsidP="00E763D5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  <w:r>
        <w:br w:type="page"/>
      </w:r>
    </w:p>
    <w:p w:rsidR="00E763D5" w:rsidRDefault="00E763D5" w:rsidP="00E763D5">
      <w:pPr>
        <w:spacing w:beforeLines="60" w:before="144" w:afterLines="60" w:after="144" w:line="288" w:lineRule="auto"/>
        <w:jc w:val="center"/>
      </w:pPr>
    </w:p>
    <w:p w:rsidR="00E763D5" w:rsidRPr="0093423C" w:rsidRDefault="00E763D5" w:rsidP="00E763D5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E763D5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93423C" w:rsidRDefault="00E763D5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E763D5" w:rsidRPr="0093423C" w:rsidTr="00775CDB">
        <w:tc>
          <w:tcPr>
            <w:tcW w:w="5248" w:type="dxa"/>
          </w:tcPr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5248" w:type="dxa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E763D5" w:rsidRDefault="00E763D5" w:rsidP="00E763D5">
      <w:r>
        <w:br w:type="page"/>
      </w:r>
    </w:p>
    <w:p w:rsidR="00E763D5" w:rsidRPr="00246A96" w:rsidRDefault="00E763D5" w:rsidP="00E763D5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E763D5" w:rsidRPr="0093423C" w:rsidRDefault="00E763D5" w:rsidP="00E763D5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E763D5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93423C" w:rsidRDefault="00E763D5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E763D5" w:rsidRPr="0093423C" w:rsidTr="00775CDB">
        <w:tc>
          <w:tcPr>
            <w:tcW w:w="5248" w:type="dxa"/>
          </w:tcPr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5248" w:type="dxa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E763D5" w:rsidRDefault="00E763D5" w:rsidP="00E763D5">
      <w:r>
        <w:br w:type="page"/>
      </w:r>
    </w:p>
    <w:p w:rsidR="00E763D5" w:rsidRPr="006152A2" w:rsidRDefault="00E763D5" w:rsidP="00E763D5">
      <w:pPr>
        <w:spacing w:beforeLines="60" w:before="144" w:afterLines="60" w:after="144" w:line="288" w:lineRule="auto"/>
        <w:jc w:val="center"/>
        <w:rPr>
          <w:sz w:val="16"/>
          <w:szCs w:val="16"/>
        </w:rPr>
      </w:pPr>
    </w:p>
    <w:p w:rsidR="00E763D5" w:rsidRPr="0093423C" w:rsidRDefault="00E763D5" w:rsidP="00E763D5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E763D5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93423C" w:rsidRDefault="00E763D5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E763D5" w:rsidRPr="0093423C" w:rsidTr="00775CDB">
        <w:tc>
          <w:tcPr>
            <w:tcW w:w="5248" w:type="dxa"/>
          </w:tcPr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5248" w:type="dxa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E763D5" w:rsidRDefault="00E763D5" w:rsidP="00E763D5">
      <w:r>
        <w:br w:type="page"/>
      </w:r>
    </w:p>
    <w:p w:rsidR="00E763D5" w:rsidRPr="00246A96" w:rsidRDefault="00E763D5" w:rsidP="00E763D5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E763D5" w:rsidRPr="0093423C" w:rsidRDefault="00E763D5" w:rsidP="00E763D5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E763D5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93423C" w:rsidRDefault="00E763D5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E763D5" w:rsidRPr="0093423C" w:rsidTr="00775CDB">
        <w:tc>
          <w:tcPr>
            <w:tcW w:w="5248" w:type="dxa"/>
          </w:tcPr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5248" w:type="dxa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E763D5" w:rsidRDefault="00E763D5" w:rsidP="00E763D5">
      <w:r>
        <w:br w:type="page"/>
      </w:r>
    </w:p>
    <w:p w:rsidR="00E763D5" w:rsidRPr="00246A96" w:rsidRDefault="00E763D5" w:rsidP="00E763D5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E763D5" w:rsidRPr="0093423C" w:rsidRDefault="00E763D5" w:rsidP="00E763D5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E763D5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93423C" w:rsidRDefault="00E763D5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E763D5" w:rsidRPr="0093423C" w:rsidTr="00775CDB">
        <w:tc>
          <w:tcPr>
            <w:tcW w:w="5248" w:type="dxa"/>
          </w:tcPr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5248" w:type="dxa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E763D5" w:rsidRDefault="00E763D5" w:rsidP="00E763D5">
      <w:r>
        <w:br w:type="page"/>
      </w:r>
    </w:p>
    <w:p w:rsidR="00E763D5" w:rsidRPr="006152A2" w:rsidRDefault="00E763D5" w:rsidP="00E763D5">
      <w:pPr>
        <w:spacing w:beforeLines="60" w:before="144" w:afterLines="60" w:after="144" w:line="288" w:lineRule="auto"/>
        <w:jc w:val="center"/>
        <w:rPr>
          <w:sz w:val="16"/>
          <w:szCs w:val="16"/>
        </w:rPr>
      </w:pPr>
    </w:p>
    <w:p w:rsidR="00E763D5" w:rsidRPr="0093423C" w:rsidRDefault="00E763D5" w:rsidP="00E763D5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E763D5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93423C" w:rsidRDefault="00E763D5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E763D5" w:rsidRPr="0093423C" w:rsidTr="00775CDB">
        <w:tc>
          <w:tcPr>
            <w:tcW w:w="5248" w:type="dxa"/>
          </w:tcPr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5248" w:type="dxa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E763D5" w:rsidRDefault="00E763D5" w:rsidP="00E763D5">
      <w:r>
        <w:br w:type="page"/>
      </w:r>
    </w:p>
    <w:p w:rsidR="00E763D5" w:rsidRPr="00246A96" w:rsidRDefault="00E763D5" w:rsidP="00E763D5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E763D5" w:rsidRPr="0093423C" w:rsidRDefault="00E763D5" w:rsidP="00E763D5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E763D5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93423C" w:rsidRDefault="00E763D5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E763D5" w:rsidRPr="0093423C" w:rsidTr="00775CDB">
        <w:tc>
          <w:tcPr>
            <w:tcW w:w="5248" w:type="dxa"/>
          </w:tcPr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5248" w:type="dxa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E763D5" w:rsidRDefault="00E763D5" w:rsidP="00E763D5">
      <w:r>
        <w:br w:type="page"/>
      </w:r>
    </w:p>
    <w:p w:rsidR="00E763D5" w:rsidRPr="00246A96" w:rsidRDefault="00E763D5" w:rsidP="00E763D5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E763D5" w:rsidRPr="0093423C" w:rsidRDefault="00E763D5" w:rsidP="00E763D5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E763D5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93423C" w:rsidRDefault="00E763D5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E763D5" w:rsidRPr="0093423C" w:rsidTr="00775CDB">
        <w:tc>
          <w:tcPr>
            <w:tcW w:w="5248" w:type="dxa"/>
          </w:tcPr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5248" w:type="dxa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E763D5" w:rsidRDefault="00E763D5" w:rsidP="00E763D5">
      <w:r>
        <w:br w:type="page"/>
      </w:r>
    </w:p>
    <w:p w:rsidR="00E763D5" w:rsidRPr="006152A2" w:rsidRDefault="00E763D5" w:rsidP="00E763D5">
      <w:pPr>
        <w:spacing w:beforeLines="60" w:before="144" w:afterLines="60" w:after="144" w:line="288" w:lineRule="auto"/>
        <w:jc w:val="center"/>
        <w:rPr>
          <w:sz w:val="16"/>
          <w:szCs w:val="16"/>
        </w:rPr>
      </w:pPr>
    </w:p>
    <w:p w:rsidR="00E763D5" w:rsidRPr="0093423C" w:rsidRDefault="00E763D5" w:rsidP="00E763D5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E763D5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93423C" w:rsidRDefault="00E763D5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E763D5" w:rsidRPr="0093423C" w:rsidTr="00775CDB">
        <w:tc>
          <w:tcPr>
            <w:tcW w:w="5248" w:type="dxa"/>
          </w:tcPr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5248" w:type="dxa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E763D5" w:rsidRDefault="00E763D5" w:rsidP="00E763D5">
      <w:pPr>
        <w:spacing w:beforeLines="60" w:before="144" w:afterLines="60" w:after="144" w:line="288" w:lineRule="auto"/>
        <w:jc w:val="center"/>
      </w:pPr>
      <w:r>
        <w:br w:type="page"/>
      </w:r>
    </w:p>
    <w:p w:rsidR="00E763D5" w:rsidRPr="00246A96" w:rsidRDefault="00E763D5" w:rsidP="00E763D5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E763D5" w:rsidRPr="0093423C" w:rsidRDefault="00E763D5" w:rsidP="00E763D5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E763D5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93423C" w:rsidRDefault="00E763D5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E763D5" w:rsidRPr="0093423C" w:rsidTr="00775CDB">
        <w:tc>
          <w:tcPr>
            <w:tcW w:w="5248" w:type="dxa"/>
          </w:tcPr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5248" w:type="dxa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E763D5" w:rsidRDefault="00E763D5" w:rsidP="00E763D5">
      <w:r>
        <w:br w:type="page"/>
      </w:r>
    </w:p>
    <w:p w:rsidR="00E763D5" w:rsidRPr="00246A96" w:rsidRDefault="00E763D5" w:rsidP="00E763D5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E763D5" w:rsidRPr="0093423C" w:rsidRDefault="00E763D5" w:rsidP="00E763D5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E763D5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93423C" w:rsidRDefault="00E763D5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E763D5" w:rsidRPr="0093423C" w:rsidTr="00775CDB">
        <w:tc>
          <w:tcPr>
            <w:tcW w:w="5248" w:type="dxa"/>
          </w:tcPr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5248" w:type="dxa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E763D5" w:rsidRDefault="00E763D5" w:rsidP="00E763D5">
      <w:r>
        <w:br w:type="page"/>
      </w:r>
    </w:p>
    <w:p w:rsidR="00E763D5" w:rsidRPr="00775CDB" w:rsidRDefault="00E763D5" w:rsidP="00E763D5">
      <w:pPr>
        <w:spacing w:beforeLines="60" w:before="144" w:afterLines="60" w:after="144" w:line="288" w:lineRule="auto"/>
        <w:jc w:val="center"/>
        <w:rPr>
          <w:sz w:val="16"/>
          <w:szCs w:val="16"/>
        </w:rPr>
      </w:pPr>
    </w:p>
    <w:p w:rsidR="00E763D5" w:rsidRPr="0093423C" w:rsidRDefault="00E763D5" w:rsidP="00E763D5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E763D5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93423C" w:rsidRDefault="00E763D5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E763D5" w:rsidRPr="0093423C" w:rsidTr="00775CDB">
        <w:tc>
          <w:tcPr>
            <w:tcW w:w="5248" w:type="dxa"/>
          </w:tcPr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5248" w:type="dxa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E763D5" w:rsidRDefault="00E763D5" w:rsidP="00E763D5">
      <w:r>
        <w:br w:type="page"/>
      </w:r>
    </w:p>
    <w:p w:rsidR="00E763D5" w:rsidRPr="00246A96" w:rsidRDefault="00E763D5" w:rsidP="00E763D5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E763D5" w:rsidRPr="0093423C" w:rsidRDefault="00E763D5" w:rsidP="00E763D5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E763D5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93423C" w:rsidRDefault="00E763D5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E763D5" w:rsidTr="00775CDB">
        <w:tc>
          <w:tcPr>
            <w:tcW w:w="5248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Tr="00775CDB">
        <w:tc>
          <w:tcPr>
            <w:tcW w:w="5248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E763D5" w:rsidRPr="00640364" w:rsidRDefault="00E763D5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E763D5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E763D5" w:rsidRPr="00640364" w:rsidRDefault="00E763D5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E763D5" w:rsidRPr="0093423C" w:rsidTr="00775CDB">
        <w:tc>
          <w:tcPr>
            <w:tcW w:w="5248" w:type="dxa"/>
          </w:tcPr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E763D5" w:rsidRPr="00655921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5248" w:type="dxa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E763D5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93423C" w:rsidRDefault="00E763D5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E763D5" w:rsidRPr="0093423C" w:rsidTr="00775CDB">
        <w:tc>
          <w:tcPr>
            <w:tcW w:w="10502" w:type="dxa"/>
            <w:gridSpan w:val="2"/>
          </w:tcPr>
          <w:p w:rsidR="00E763D5" w:rsidRPr="00640364" w:rsidRDefault="00E763D5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E763D5" w:rsidRDefault="00E763D5" w:rsidP="00E763D5">
      <w:r>
        <w:br w:type="page"/>
      </w:r>
    </w:p>
    <w:p w:rsidR="00775CDB" w:rsidRPr="00246A96" w:rsidRDefault="00775CDB" w:rsidP="00775CDB">
      <w:pPr>
        <w:spacing w:beforeLines="100" w:before="240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100" w:before="240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775CDB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775CDB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775CDB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775CDB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rPr>
          <w:trHeight w:val="440"/>
        </w:trPr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pPr>
        <w:rPr>
          <w:b/>
          <w:sz w:val="16"/>
          <w:szCs w:val="16"/>
          <w:lang w:val="pt-BR"/>
        </w:rPr>
      </w:pPr>
      <w:r>
        <w:rPr>
          <w:b/>
          <w:sz w:val="16"/>
          <w:szCs w:val="16"/>
          <w:lang w:val="pt-BR"/>
        </w:rP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Default="00775CDB" w:rsidP="00775CDB">
      <w:pPr>
        <w:spacing w:beforeLines="60" w:before="144" w:afterLines="60" w:after="144" w:line="288" w:lineRule="auto"/>
        <w:jc w:val="center"/>
      </w:pPr>
    </w:p>
    <w:p w:rsidR="00775CDB" w:rsidRPr="0093423C" w:rsidRDefault="00775CDB" w:rsidP="00775CDB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  <w:r>
        <w:br w:type="page"/>
      </w:r>
    </w:p>
    <w:p w:rsidR="00775CDB" w:rsidRDefault="00775CDB" w:rsidP="00775CDB">
      <w:pPr>
        <w:spacing w:beforeLines="60" w:before="144" w:afterLines="60" w:after="144" w:line="288" w:lineRule="auto"/>
        <w:jc w:val="center"/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6152A2" w:rsidRDefault="00775CDB" w:rsidP="00775CDB">
      <w:pPr>
        <w:spacing w:beforeLines="60" w:before="144" w:afterLines="60" w:after="144" w:line="288" w:lineRule="auto"/>
        <w:jc w:val="center"/>
        <w:rPr>
          <w:sz w:val="16"/>
          <w:szCs w:val="16"/>
        </w:rPr>
      </w:pPr>
    </w:p>
    <w:p w:rsidR="00775CDB" w:rsidRPr="0093423C" w:rsidRDefault="00775CDB" w:rsidP="00775CDB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6152A2" w:rsidRDefault="00775CDB" w:rsidP="00775CDB">
      <w:pPr>
        <w:spacing w:beforeLines="60" w:before="144" w:afterLines="60" w:after="144" w:line="288" w:lineRule="auto"/>
        <w:jc w:val="center"/>
        <w:rPr>
          <w:sz w:val="16"/>
          <w:szCs w:val="16"/>
        </w:rPr>
      </w:pPr>
    </w:p>
    <w:p w:rsidR="00775CDB" w:rsidRPr="0093423C" w:rsidRDefault="00775CDB" w:rsidP="00775CDB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775CDB" w:rsidRDefault="00775CDB" w:rsidP="00775CDB">
      <w:pPr>
        <w:spacing w:beforeLines="60" w:before="144" w:afterLines="60" w:after="144" w:line="288" w:lineRule="auto"/>
        <w:jc w:val="center"/>
        <w:rPr>
          <w:sz w:val="16"/>
          <w:szCs w:val="16"/>
        </w:rPr>
      </w:pPr>
    </w:p>
    <w:p w:rsidR="00775CDB" w:rsidRPr="0093423C" w:rsidRDefault="00775CDB" w:rsidP="00775CDB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pPr>
        <w:spacing w:beforeLines="60" w:before="144" w:afterLines="60" w:after="144" w:line="288" w:lineRule="auto"/>
        <w:jc w:val="center"/>
      </w:pPr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775CDB" w:rsidRDefault="00775CDB" w:rsidP="00775CDB">
      <w:pPr>
        <w:spacing w:beforeLines="60" w:before="144" w:afterLines="60" w:after="144" w:line="288" w:lineRule="auto"/>
        <w:jc w:val="center"/>
        <w:rPr>
          <w:sz w:val="16"/>
          <w:szCs w:val="16"/>
        </w:rPr>
      </w:pPr>
    </w:p>
    <w:p w:rsidR="00775CDB" w:rsidRPr="0093423C" w:rsidRDefault="00775CDB" w:rsidP="00775CDB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100" w:before="240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100" w:before="240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775CDB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775CDB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775CDB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775CDB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rPr>
          <w:trHeight w:val="440"/>
        </w:trPr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pPr>
        <w:rPr>
          <w:b/>
          <w:sz w:val="16"/>
          <w:szCs w:val="16"/>
          <w:lang w:val="pt-BR"/>
        </w:rPr>
      </w:pPr>
      <w:r>
        <w:rPr>
          <w:b/>
          <w:sz w:val="16"/>
          <w:szCs w:val="16"/>
          <w:lang w:val="pt-BR"/>
        </w:rP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Default="00775CDB" w:rsidP="00775CDB">
      <w:pPr>
        <w:spacing w:beforeLines="60" w:before="144" w:afterLines="60" w:after="144" w:line="288" w:lineRule="auto"/>
        <w:jc w:val="center"/>
      </w:pPr>
    </w:p>
    <w:p w:rsidR="00775CDB" w:rsidRPr="0093423C" w:rsidRDefault="00775CDB" w:rsidP="00775CDB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  <w:r>
        <w:br w:type="page"/>
      </w:r>
    </w:p>
    <w:p w:rsidR="00775CDB" w:rsidRDefault="00775CDB" w:rsidP="00775CDB">
      <w:pPr>
        <w:spacing w:beforeLines="60" w:before="144" w:afterLines="60" w:after="144" w:line="288" w:lineRule="auto"/>
        <w:jc w:val="center"/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775CDB" w:rsidRDefault="00775CDB" w:rsidP="00775CDB">
      <w:pPr>
        <w:spacing w:beforeLines="60" w:before="144" w:afterLines="60" w:after="144" w:line="288" w:lineRule="auto"/>
        <w:jc w:val="center"/>
        <w:rPr>
          <w:sz w:val="16"/>
          <w:szCs w:val="16"/>
        </w:rPr>
      </w:pPr>
    </w:p>
    <w:p w:rsidR="00775CDB" w:rsidRPr="0093423C" w:rsidRDefault="00775CDB" w:rsidP="00775CDB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775CDB" w:rsidRDefault="00775CDB" w:rsidP="00775CDB">
      <w:pPr>
        <w:spacing w:beforeLines="60" w:before="144" w:afterLines="60" w:after="144" w:line="288" w:lineRule="auto"/>
        <w:jc w:val="center"/>
        <w:rPr>
          <w:sz w:val="16"/>
          <w:szCs w:val="16"/>
        </w:rPr>
      </w:pPr>
    </w:p>
    <w:p w:rsidR="00775CDB" w:rsidRPr="0093423C" w:rsidRDefault="00775CDB" w:rsidP="00775CDB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775CDB" w:rsidRDefault="00775CDB" w:rsidP="00775CDB">
      <w:pPr>
        <w:spacing w:beforeLines="60" w:before="144" w:afterLines="60" w:after="144" w:line="288" w:lineRule="auto"/>
        <w:jc w:val="center"/>
        <w:rPr>
          <w:sz w:val="16"/>
          <w:szCs w:val="16"/>
        </w:rPr>
      </w:pPr>
    </w:p>
    <w:p w:rsidR="00775CDB" w:rsidRPr="0093423C" w:rsidRDefault="00775CDB" w:rsidP="00775CDB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pPr>
        <w:spacing w:beforeLines="60" w:before="144" w:afterLines="60" w:after="144" w:line="288" w:lineRule="auto"/>
        <w:jc w:val="center"/>
      </w:pPr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775CDB" w:rsidRDefault="00775CDB" w:rsidP="00775CDB">
      <w:pPr>
        <w:spacing w:beforeLines="60" w:before="144" w:afterLines="60" w:after="144" w:line="288" w:lineRule="auto"/>
        <w:jc w:val="center"/>
        <w:rPr>
          <w:sz w:val="16"/>
          <w:szCs w:val="16"/>
        </w:rPr>
      </w:pPr>
    </w:p>
    <w:p w:rsidR="00775CDB" w:rsidRPr="0093423C" w:rsidRDefault="00775CDB" w:rsidP="00775CDB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100" w:before="240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100" w:before="240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775CDB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775CDB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775CDB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775CDB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775CDB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rPr>
          <w:trHeight w:val="440"/>
        </w:trPr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pPr>
        <w:rPr>
          <w:b/>
          <w:sz w:val="16"/>
          <w:szCs w:val="16"/>
          <w:lang w:val="pt-BR"/>
        </w:rPr>
      </w:pPr>
      <w:r>
        <w:rPr>
          <w:b/>
          <w:sz w:val="16"/>
          <w:szCs w:val="16"/>
          <w:lang w:val="pt-BR"/>
        </w:rP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Default="00775CDB" w:rsidP="00775CDB">
      <w:pPr>
        <w:spacing w:beforeLines="60" w:before="144" w:afterLines="60" w:after="144" w:line="288" w:lineRule="auto"/>
        <w:jc w:val="center"/>
      </w:pPr>
    </w:p>
    <w:p w:rsidR="00775CDB" w:rsidRPr="0093423C" w:rsidRDefault="00775CDB" w:rsidP="00775CDB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  <w:r>
        <w:br w:type="page"/>
      </w:r>
    </w:p>
    <w:p w:rsidR="00775CDB" w:rsidRDefault="00775CDB" w:rsidP="00775CDB">
      <w:pPr>
        <w:spacing w:beforeLines="60" w:before="144" w:afterLines="60" w:after="144" w:line="288" w:lineRule="auto"/>
        <w:jc w:val="center"/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775CDB" w:rsidRDefault="00775CDB" w:rsidP="00775CDB">
      <w:pPr>
        <w:spacing w:beforeLines="60" w:before="144" w:afterLines="60" w:after="144" w:line="288" w:lineRule="auto"/>
        <w:jc w:val="center"/>
        <w:rPr>
          <w:sz w:val="16"/>
          <w:szCs w:val="16"/>
        </w:rPr>
      </w:pPr>
    </w:p>
    <w:p w:rsidR="00775CDB" w:rsidRPr="0093423C" w:rsidRDefault="00775CDB" w:rsidP="00775CDB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775CDB" w:rsidRDefault="00775CDB" w:rsidP="00775CDB">
      <w:pPr>
        <w:spacing w:beforeLines="60" w:before="144" w:afterLines="60" w:after="144" w:line="288" w:lineRule="auto"/>
        <w:jc w:val="center"/>
        <w:rPr>
          <w:sz w:val="16"/>
          <w:szCs w:val="16"/>
        </w:rPr>
      </w:pPr>
    </w:p>
    <w:p w:rsidR="00775CDB" w:rsidRPr="0093423C" w:rsidRDefault="00775CDB" w:rsidP="00775CDB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6152A2" w:rsidRDefault="00775CDB" w:rsidP="00775CDB">
      <w:pPr>
        <w:spacing w:beforeLines="60" w:before="144" w:afterLines="60" w:after="144" w:line="288" w:lineRule="auto"/>
        <w:jc w:val="center"/>
        <w:rPr>
          <w:sz w:val="16"/>
          <w:szCs w:val="16"/>
        </w:rPr>
      </w:pPr>
    </w:p>
    <w:p w:rsidR="00775CDB" w:rsidRPr="0093423C" w:rsidRDefault="00775CDB" w:rsidP="00775CDB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pPr>
        <w:spacing w:beforeLines="60" w:before="144" w:afterLines="60" w:after="144" w:line="288" w:lineRule="auto"/>
        <w:jc w:val="center"/>
      </w:pPr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775CDB" w:rsidRDefault="00775CDB" w:rsidP="00775CDB">
      <w:pPr>
        <w:spacing w:beforeLines="60" w:before="144" w:afterLines="60" w:after="144" w:line="288" w:lineRule="auto"/>
        <w:jc w:val="center"/>
        <w:rPr>
          <w:sz w:val="16"/>
          <w:szCs w:val="16"/>
        </w:rPr>
      </w:pPr>
    </w:p>
    <w:p w:rsidR="00775CDB" w:rsidRPr="0093423C" w:rsidRDefault="00775CDB" w:rsidP="00775CDB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775CDB" w:rsidRDefault="00775CDB" w:rsidP="00775CDB">
      <w:r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93423C" w:rsidRDefault="00775CDB" w:rsidP="00775CDB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775CDB" w:rsidRPr="00640364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93423C" w:rsidRDefault="00775CDB" w:rsidP="00775CDB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775CDB" w:rsidTr="00775CDB">
        <w:tc>
          <w:tcPr>
            <w:tcW w:w="5248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Tr="00775CDB">
        <w:tc>
          <w:tcPr>
            <w:tcW w:w="5248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775CDB" w:rsidRPr="00640364" w:rsidRDefault="00775CDB" w:rsidP="00775CDB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775CDB" w:rsidTr="00775CDB">
        <w:tc>
          <w:tcPr>
            <w:tcW w:w="10502" w:type="dxa"/>
            <w:gridSpan w:val="2"/>
            <w:shd w:val="clear" w:color="auto" w:fill="DBE5F1" w:themeFill="accent1" w:themeFillTint="33"/>
          </w:tcPr>
          <w:p w:rsidR="00775CDB" w:rsidRPr="00640364" w:rsidRDefault="00775CDB" w:rsidP="00775CDB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775CDB" w:rsidRPr="0093423C" w:rsidTr="00775CDB">
        <w:tc>
          <w:tcPr>
            <w:tcW w:w="5248" w:type="dxa"/>
          </w:tcPr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775CDB" w:rsidRPr="00655921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5248" w:type="dxa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775CDB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93423C" w:rsidRDefault="00775CDB" w:rsidP="00775CDB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775CDB" w:rsidRPr="0093423C" w:rsidTr="00775CDB">
        <w:tc>
          <w:tcPr>
            <w:tcW w:w="10502" w:type="dxa"/>
            <w:gridSpan w:val="2"/>
          </w:tcPr>
          <w:p w:rsidR="00775CDB" w:rsidRPr="00640364" w:rsidRDefault="00775CDB" w:rsidP="00775CDB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6152A2" w:rsidRDefault="00775CDB" w:rsidP="006152A2">
      <w:pPr>
        <w:spacing w:beforeLines="60" w:before="144" w:afterLines="60" w:after="144" w:line="288" w:lineRule="auto"/>
        <w:jc w:val="center"/>
      </w:pPr>
      <w:r>
        <w:br w:type="page"/>
      </w:r>
    </w:p>
    <w:p w:rsidR="006152A2" w:rsidRPr="00246A96" w:rsidRDefault="006152A2" w:rsidP="006152A2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6152A2" w:rsidRPr="0093423C" w:rsidRDefault="006152A2" w:rsidP="006152A2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6152A2" w:rsidRPr="00640364" w:rsidTr="007A5B2D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6152A2" w:rsidRPr="0093423C" w:rsidRDefault="006152A2" w:rsidP="007A5B2D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6152A2" w:rsidRPr="00640364" w:rsidRDefault="006152A2" w:rsidP="007A5B2D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5248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6152A2" w:rsidTr="007A5B2D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6152A2" w:rsidRPr="00640364" w:rsidRDefault="006152A2" w:rsidP="007A5B2D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5248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6152A2" w:rsidTr="007A5B2D">
        <w:tc>
          <w:tcPr>
            <w:tcW w:w="10502" w:type="dxa"/>
            <w:gridSpan w:val="2"/>
            <w:shd w:val="clear" w:color="auto" w:fill="DBE5F1" w:themeFill="accent1" w:themeFillTint="33"/>
          </w:tcPr>
          <w:p w:rsidR="006152A2" w:rsidRPr="00640364" w:rsidRDefault="006152A2" w:rsidP="007A5B2D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6152A2" w:rsidRPr="0093423C" w:rsidTr="007A5B2D">
        <w:tc>
          <w:tcPr>
            <w:tcW w:w="5248" w:type="dxa"/>
          </w:tcPr>
          <w:p w:rsidR="006152A2" w:rsidRPr="00655921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6152A2" w:rsidRPr="00655921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5248" w:type="dxa"/>
          </w:tcPr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6152A2" w:rsidRDefault="006152A2" w:rsidP="006152A2">
      <w:r>
        <w:br w:type="page"/>
      </w:r>
    </w:p>
    <w:p w:rsidR="006152A2" w:rsidRPr="00246A96" w:rsidRDefault="006152A2" w:rsidP="006152A2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6152A2" w:rsidRPr="0093423C" w:rsidRDefault="006152A2" w:rsidP="006152A2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6152A2" w:rsidRPr="00640364" w:rsidTr="007A5B2D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6152A2" w:rsidRPr="0093423C" w:rsidRDefault="006152A2" w:rsidP="007A5B2D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6152A2" w:rsidRPr="00640364" w:rsidRDefault="006152A2" w:rsidP="007A5B2D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5248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6152A2" w:rsidTr="007A5B2D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6152A2" w:rsidRPr="00640364" w:rsidRDefault="006152A2" w:rsidP="007A5B2D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5248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6152A2" w:rsidTr="007A5B2D">
        <w:tc>
          <w:tcPr>
            <w:tcW w:w="10502" w:type="dxa"/>
            <w:gridSpan w:val="2"/>
            <w:shd w:val="clear" w:color="auto" w:fill="DBE5F1" w:themeFill="accent1" w:themeFillTint="33"/>
          </w:tcPr>
          <w:p w:rsidR="006152A2" w:rsidRPr="00640364" w:rsidRDefault="006152A2" w:rsidP="007A5B2D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6152A2" w:rsidRPr="0093423C" w:rsidTr="007A5B2D">
        <w:tc>
          <w:tcPr>
            <w:tcW w:w="5248" w:type="dxa"/>
          </w:tcPr>
          <w:p w:rsidR="006152A2" w:rsidRPr="00655921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6152A2" w:rsidRPr="00655921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5248" w:type="dxa"/>
          </w:tcPr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6152A2" w:rsidRDefault="006152A2" w:rsidP="006152A2">
      <w:r>
        <w:br w:type="page"/>
      </w:r>
    </w:p>
    <w:p w:rsidR="006152A2" w:rsidRPr="00775CDB" w:rsidRDefault="006152A2" w:rsidP="006152A2">
      <w:pPr>
        <w:spacing w:beforeLines="60" w:before="144" w:afterLines="60" w:after="144" w:line="288" w:lineRule="auto"/>
        <w:jc w:val="center"/>
        <w:rPr>
          <w:sz w:val="16"/>
          <w:szCs w:val="16"/>
        </w:rPr>
      </w:pPr>
    </w:p>
    <w:p w:rsidR="006152A2" w:rsidRPr="0093423C" w:rsidRDefault="006152A2" w:rsidP="006152A2">
      <w:pPr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6152A2" w:rsidRPr="00640364" w:rsidTr="007A5B2D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6152A2" w:rsidRPr="0093423C" w:rsidRDefault="006152A2" w:rsidP="007A5B2D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6152A2" w:rsidRPr="00640364" w:rsidRDefault="006152A2" w:rsidP="007A5B2D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5248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6152A2" w:rsidTr="007A5B2D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6152A2" w:rsidRPr="00640364" w:rsidRDefault="006152A2" w:rsidP="007A5B2D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5248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6152A2" w:rsidTr="007A5B2D">
        <w:tc>
          <w:tcPr>
            <w:tcW w:w="10502" w:type="dxa"/>
            <w:gridSpan w:val="2"/>
            <w:shd w:val="clear" w:color="auto" w:fill="DBE5F1" w:themeFill="accent1" w:themeFillTint="33"/>
          </w:tcPr>
          <w:p w:rsidR="006152A2" w:rsidRPr="00640364" w:rsidRDefault="006152A2" w:rsidP="007A5B2D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6152A2" w:rsidRPr="0093423C" w:rsidTr="007A5B2D">
        <w:tc>
          <w:tcPr>
            <w:tcW w:w="5248" w:type="dxa"/>
          </w:tcPr>
          <w:p w:rsidR="006152A2" w:rsidRPr="00655921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6152A2" w:rsidRPr="00655921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5248" w:type="dxa"/>
          </w:tcPr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6152A2" w:rsidRDefault="006152A2" w:rsidP="006152A2">
      <w:r>
        <w:br w:type="page"/>
      </w:r>
    </w:p>
    <w:p w:rsidR="006152A2" w:rsidRPr="00246A96" w:rsidRDefault="006152A2" w:rsidP="006152A2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6152A2" w:rsidRPr="0093423C" w:rsidRDefault="006152A2" w:rsidP="006152A2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6152A2" w:rsidRPr="00640364" w:rsidTr="007A5B2D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6152A2" w:rsidRPr="0093423C" w:rsidRDefault="006152A2" w:rsidP="007A5B2D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6152A2" w:rsidRPr="00640364" w:rsidRDefault="006152A2" w:rsidP="007A5B2D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5248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6152A2" w:rsidTr="007A5B2D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6152A2" w:rsidRPr="00640364" w:rsidRDefault="006152A2" w:rsidP="007A5B2D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5248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6152A2" w:rsidTr="007A5B2D">
        <w:tc>
          <w:tcPr>
            <w:tcW w:w="10502" w:type="dxa"/>
            <w:gridSpan w:val="2"/>
            <w:shd w:val="clear" w:color="auto" w:fill="DBE5F1" w:themeFill="accent1" w:themeFillTint="33"/>
          </w:tcPr>
          <w:p w:rsidR="006152A2" w:rsidRPr="00640364" w:rsidRDefault="006152A2" w:rsidP="007A5B2D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6152A2" w:rsidRPr="0093423C" w:rsidTr="007A5B2D">
        <w:tc>
          <w:tcPr>
            <w:tcW w:w="5248" w:type="dxa"/>
          </w:tcPr>
          <w:p w:rsidR="006152A2" w:rsidRPr="00655921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6152A2" w:rsidRPr="00655921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5248" w:type="dxa"/>
          </w:tcPr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6152A2" w:rsidRDefault="006152A2" w:rsidP="006152A2">
      <w:pPr>
        <w:spacing w:beforeLines="60" w:before="144" w:afterLines="60" w:after="144" w:line="288" w:lineRule="auto"/>
        <w:jc w:val="center"/>
      </w:pPr>
      <w:r>
        <w:br w:type="page"/>
      </w:r>
    </w:p>
    <w:p w:rsidR="006152A2" w:rsidRPr="00246A96" w:rsidRDefault="006152A2" w:rsidP="006152A2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6152A2" w:rsidRPr="0093423C" w:rsidRDefault="006152A2" w:rsidP="006152A2">
      <w:pPr>
        <w:spacing w:beforeLines="60" w:before="144" w:afterLines="60" w:after="144" w:line="288" w:lineRule="auto"/>
        <w:jc w:val="center"/>
        <w:rPr>
          <w:sz w:val="30"/>
          <w:szCs w:val="30"/>
          <w:lang w:val="pt-BR"/>
        </w:rPr>
      </w:pPr>
      <w:r w:rsidRPr="0093423C">
        <w:rPr>
          <w:b/>
          <w:sz w:val="30"/>
          <w:szCs w:val="30"/>
          <w:lang w:val="pt-BR"/>
        </w:rPr>
        <w:t>RADIOSONDE LAUNCH LOG / FICHA DE LANÇAMENTO DE RADIOSSONDA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8"/>
        <w:gridCol w:w="5254"/>
      </w:tblGrid>
      <w:tr w:rsidR="006152A2" w:rsidRPr="00640364" w:rsidTr="007A5B2D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6152A2" w:rsidRPr="0093423C" w:rsidRDefault="006152A2" w:rsidP="007A5B2D">
            <w:pPr>
              <w:spacing w:before="60" w:after="60" w:line="288" w:lineRule="auto"/>
              <w:jc w:val="center"/>
              <w:rPr>
                <w:b/>
                <w:sz w:val="28"/>
                <w:szCs w:val="24"/>
                <w:lang w:val="pt-BR"/>
              </w:rPr>
            </w:pPr>
            <w:r w:rsidRPr="0093423C">
              <w:rPr>
                <w:b/>
                <w:sz w:val="28"/>
                <w:szCs w:val="24"/>
                <w:lang w:val="pt-BR"/>
              </w:rPr>
              <w:t xml:space="preserve">General </w:t>
            </w:r>
            <w:r w:rsidRPr="00246A96">
              <w:rPr>
                <w:b/>
                <w:sz w:val="28"/>
                <w:szCs w:val="24"/>
                <w:lang w:val="pt-BR"/>
              </w:rPr>
              <w:t>Information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Informações Gerais</w:t>
            </w:r>
          </w:p>
          <w:p w:rsidR="006152A2" w:rsidRPr="00640364" w:rsidRDefault="006152A2" w:rsidP="007A5B2D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246A96">
              <w:rPr>
                <w:b/>
                <w:sz w:val="24"/>
                <w:szCs w:val="24"/>
                <w:lang w:val="pt-BR"/>
              </w:rPr>
              <w:t>Model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Modelo: RS-41</w:t>
            </w: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</w:rPr>
            </w:pPr>
            <w:r w:rsidRPr="00640364">
              <w:rPr>
                <w:sz w:val="24"/>
                <w:szCs w:val="24"/>
              </w:rPr>
              <w:t>Location / Local:</w:t>
            </w: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 xml:space="preserve">Serial </w:t>
            </w:r>
            <w:r w:rsidRPr="00885122">
              <w:rPr>
                <w:sz w:val="24"/>
                <w:szCs w:val="24"/>
              </w:rPr>
              <w:t>Number</w:t>
            </w:r>
            <w:r w:rsidRPr="00640364">
              <w:rPr>
                <w:sz w:val="24"/>
                <w:szCs w:val="24"/>
                <w:lang w:val="pt-BR"/>
              </w:rPr>
              <w:t xml:space="preserve"> / Número de Série</w:t>
            </w:r>
          </w:p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5248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Date / Data:</w:t>
            </w: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Launch</w:t>
            </w:r>
            <w:r w:rsidRPr="00640364">
              <w:rPr>
                <w:sz w:val="24"/>
                <w:szCs w:val="24"/>
                <w:lang w:val="pt-BR"/>
              </w:rPr>
              <w:t xml:space="preserve"> Time / Horário de lançamento: </w:t>
            </w:r>
          </w:p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Operator</w:t>
            </w:r>
            <w:r w:rsidRPr="00640364">
              <w:rPr>
                <w:sz w:val="24"/>
                <w:szCs w:val="24"/>
                <w:lang w:val="pt-BR"/>
              </w:rPr>
              <w:t xml:space="preserve"> / Operador: </w:t>
            </w:r>
          </w:p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Radiosonde calibrated</w:t>
            </w:r>
            <w:r w:rsidRPr="00640364">
              <w:rPr>
                <w:sz w:val="24"/>
                <w:szCs w:val="24"/>
                <w:lang w:val="pt-BR"/>
              </w:rPr>
              <w:t xml:space="preserve"> / Radiossonda calibrada?: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Yes </w:t>
            </w:r>
            <w:r w:rsidRPr="00640364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40364">
              <w:rPr>
                <w:sz w:val="24"/>
                <w:szCs w:val="24"/>
                <w:lang w:val="pt-BR"/>
              </w:rPr>
              <w:t xml:space="preserve"> No</w:t>
            </w:r>
          </w:p>
        </w:tc>
      </w:tr>
      <w:tr w:rsidR="006152A2" w:rsidTr="007A5B2D">
        <w:tc>
          <w:tcPr>
            <w:tcW w:w="10502" w:type="dxa"/>
            <w:gridSpan w:val="2"/>
            <w:shd w:val="clear" w:color="auto" w:fill="DBE5F1" w:themeFill="accent1" w:themeFillTint="33"/>
            <w:vAlign w:val="center"/>
          </w:tcPr>
          <w:p w:rsidR="006152A2" w:rsidRPr="00640364" w:rsidRDefault="006152A2" w:rsidP="007A5B2D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8"/>
                <w:szCs w:val="24"/>
              </w:rPr>
              <w:t>Weather Conditions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/ Condições Meteorológicas</w:t>
            </w: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Temperature</w:t>
            </w:r>
            <w:r w:rsidRPr="00640364">
              <w:rPr>
                <w:sz w:val="24"/>
                <w:szCs w:val="24"/>
                <w:lang w:val="pt-BR"/>
              </w:rPr>
              <w:t xml:space="preserve"> / Temperatura do ar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°C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Relative Humidity</w:t>
            </w:r>
            <w:r w:rsidRPr="00640364">
              <w:rPr>
                <w:sz w:val="24"/>
                <w:szCs w:val="24"/>
                <w:lang w:val="pt-BR"/>
              </w:rPr>
              <w:t xml:space="preserve"> / Umidade Relativa: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%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Air Pressure</w:t>
            </w:r>
            <w:r w:rsidRPr="00640364">
              <w:rPr>
                <w:sz w:val="24"/>
                <w:szCs w:val="24"/>
                <w:lang w:val="pt-BR"/>
              </w:rPr>
              <w:t xml:space="preserve"> / Pressão Atmosférica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hPa</w:t>
            </w:r>
            <w:r>
              <w:rPr>
                <w:sz w:val="24"/>
                <w:szCs w:val="24"/>
                <w:lang w:val="pt-BR"/>
              </w:rPr>
              <w:t>]:</w:t>
            </w:r>
          </w:p>
        </w:tc>
      </w:tr>
      <w:tr w:rsidR="006152A2" w:rsidTr="007A5B2D">
        <w:tc>
          <w:tcPr>
            <w:tcW w:w="5248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Speed</w:t>
            </w:r>
            <w:r w:rsidRPr="00640364">
              <w:rPr>
                <w:sz w:val="24"/>
                <w:szCs w:val="24"/>
                <w:lang w:val="pt-BR"/>
              </w:rPr>
              <w:t xml:space="preserve"> / </w:t>
            </w:r>
            <w:r>
              <w:rPr>
                <w:sz w:val="24"/>
                <w:szCs w:val="24"/>
                <w:lang w:val="pt-BR"/>
              </w:rPr>
              <w:t>Velocidade do vento [</w:t>
            </w:r>
            <w:r w:rsidRPr="00640364">
              <w:rPr>
                <w:sz w:val="24"/>
                <w:szCs w:val="24"/>
                <w:lang w:val="pt-BR"/>
              </w:rPr>
              <w:t>m/s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sz w:val="24"/>
                <w:szCs w:val="24"/>
              </w:rPr>
              <w:t>Wind Direction</w:t>
            </w:r>
            <w:r w:rsidRPr="00640364">
              <w:rPr>
                <w:sz w:val="24"/>
                <w:szCs w:val="24"/>
                <w:lang w:val="pt-BR"/>
              </w:rPr>
              <w:t xml:space="preserve"> / Direção do vento</w:t>
            </w:r>
            <w:r>
              <w:rPr>
                <w:sz w:val="24"/>
                <w:szCs w:val="24"/>
                <w:lang w:val="pt-BR"/>
              </w:rPr>
              <w:t xml:space="preserve"> [</w:t>
            </w:r>
            <w:r w:rsidRPr="00640364">
              <w:rPr>
                <w:sz w:val="24"/>
                <w:szCs w:val="24"/>
                <w:lang w:val="pt-BR"/>
              </w:rPr>
              <w:t>°</w:t>
            </w:r>
            <w:r>
              <w:rPr>
                <w:sz w:val="24"/>
                <w:szCs w:val="24"/>
                <w:lang w:val="pt-BR"/>
              </w:rPr>
              <w:t>]: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6152A2" w:rsidTr="007A5B2D">
        <w:tc>
          <w:tcPr>
            <w:tcW w:w="5248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Cover</w:t>
            </w:r>
            <w:r w:rsidRPr="00640364">
              <w:rPr>
                <w:sz w:val="24"/>
                <w:szCs w:val="24"/>
                <w:lang w:val="pt-BR"/>
              </w:rPr>
              <w:t xml:space="preserve"> / Cobertura de nuvens: </w:t>
            </w:r>
          </w:p>
          <w:p w:rsidR="006152A2" w:rsidRPr="00640364" w:rsidRDefault="006152A2" w:rsidP="007A5B2D">
            <w:pPr>
              <w:spacing w:beforeLines="45" w:before="108" w:afterLines="45" w:after="108" w:line="288" w:lineRule="auto"/>
              <w:jc w:val="center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  <w:lang w:val="pt-BR"/>
              </w:rPr>
              <w:t>__________ /8</w:t>
            </w:r>
          </w:p>
        </w:tc>
        <w:tc>
          <w:tcPr>
            <w:tcW w:w="5254" w:type="dxa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Cloud Type</w:t>
            </w:r>
            <w:r w:rsidRPr="00640364">
              <w:rPr>
                <w:sz w:val="24"/>
                <w:szCs w:val="24"/>
                <w:lang w:val="pt-BR"/>
              </w:rPr>
              <w:t xml:space="preserve"> / Tipo de nuvem: </w:t>
            </w:r>
          </w:p>
        </w:tc>
      </w:tr>
      <w:tr w:rsidR="006152A2" w:rsidTr="007A5B2D">
        <w:tc>
          <w:tcPr>
            <w:tcW w:w="10502" w:type="dxa"/>
            <w:gridSpan w:val="2"/>
            <w:shd w:val="clear" w:color="auto" w:fill="DBE5F1" w:themeFill="accent1" w:themeFillTint="33"/>
          </w:tcPr>
          <w:p w:rsidR="006152A2" w:rsidRPr="00640364" w:rsidRDefault="006152A2" w:rsidP="007A5B2D">
            <w:pPr>
              <w:spacing w:before="60" w:after="60" w:line="288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8"/>
                <w:szCs w:val="24"/>
                <w:lang w:val="pt-BR"/>
              </w:rPr>
              <w:t>CINDACTA</w:t>
            </w:r>
            <w:r w:rsidRPr="0093423C">
              <w:rPr>
                <w:b/>
                <w:sz w:val="28"/>
                <w:szCs w:val="24"/>
                <w:lang w:val="pt-BR"/>
              </w:rPr>
              <w:t xml:space="preserve"> </w:t>
            </w:r>
            <w:r w:rsidRPr="00246A96">
              <w:rPr>
                <w:b/>
                <w:sz w:val="28"/>
                <w:szCs w:val="24"/>
                <w:lang w:val="pt-BR"/>
              </w:rPr>
              <w:t>Notification</w:t>
            </w:r>
            <w:r>
              <w:rPr>
                <w:b/>
                <w:sz w:val="28"/>
                <w:szCs w:val="24"/>
                <w:lang w:val="pt-BR"/>
              </w:rPr>
              <w:t xml:space="preserve"> / Comunicação ao CINDACTA </w:t>
            </w:r>
            <w:r>
              <w:rPr>
                <w:b/>
                <w:sz w:val="28"/>
                <w:szCs w:val="24"/>
                <w:lang w:val="pt-BR"/>
              </w:rPr>
              <w:br/>
              <w:t>11 2112-3421 / 11 2112-3419 (30 min de antecedência)</w:t>
            </w:r>
            <w:r>
              <w:rPr>
                <w:b/>
                <w:sz w:val="28"/>
                <w:szCs w:val="24"/>
                <w:lang w:val="pt-BR"/>
              </w:rPr>
              <w:br/>
            </w:r>
            <w:r w:rsidRPr="00A02FDA">
              <w:rPr>
                <w:sz w:val="26"/>
                <w:szCs w:val="26"/>
                <w:lang w:val="pt-BR"/>
              </w:rPr>
              <w:t>Informar a</w:t>
            </w:r>
            <w:r w:rsidRPr="00A02FDA">
              <w:rPr>
                <w:b/>
                <w:sz w:val="26"/>
                <w:szCs w:val="26"/>
                <w:lang w:val="pt-BR"/>
              </w:rPr>
              <w:t xml:space="preserve"> altitude máxima estimada ~25000m e  Horário estimado de lançamento.</w:t>
            </w:r>
          </w:p>
        </w:tc>
      </w:tr>
      <w:tr w:rsidR="006152A2" w:rsidRPr="0093423C" w:rsidTr="007A5B2D">
        <w:tc>
          <w:tcPr>
            <w:tcW w:w="5248" w:type="dxa"/>
          </w:tcPr>
          <w:p w:rsidR="006152A2" w:rsidRPr="00655921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CINDACTA </w:t>
            </w:r>
            <w:r w:rsidRPr="00246A96">
              <w:rPr>
                <w:sz w:val="24"/>
                <w:szCs w:val="24"/>
                <w:lang w:val="pt-BR"/>
              </w:rPr>
              <w:t>notified</w:t>
            </w:r>
            <w:r w:rsidRPr="00655921">
              <w:rPr>
                <w:sz w:val="24"/>
                <w:szCs w:val="24"/>
                <w:lang w:val="pt-BR"/>
              </w:rPr>
              <w:t xml:space="preserve"> /CINDACTA notificada?</w:t>
            </w:r>
          </w:p>
          <w:p w:rsidR="006152A2" w:rsidRPr="00655921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55921">
              <w:rPr>
                <w:sz w:val="24"/>
                <w:szCs w:val="24"/>
                <w:lang w:val="pt-BR"/>
              </w:rPr>
              <w:t xml:space="preserve">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Yes </w:t>
            </w:r>
            <w:r w:rsidRPr="00655921">
              <w:rPr>
                <w:rFonts w:ascii="Segoe UI Symbol" w:hAnsi="Segoe UI Symbol" w:cs="Segoe UI Symbol"/>
                <w:sz w:val="24"/>
                <w:szCs w:val="24"/>
                <w:lang w:val="pt-BR"/>
              </w:rPr>
              <w:t>☐</w:t>
            </w:r>
            <w:r w:rsidRPr="00655921">
              <w:rPr>
                <w:sz w:val="24"/>
                <w:szCs w:val="24"/>
                <w:lang w:val="pt-BR"/>
              </w:rPr>
              <w:t xml:space="preserve"> No</w:t>
            </w: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640364">
              <w:rPr>
                <w:sz w:val="24"/>
                <w:szCs w:val="24"/>
              </w:rPr>
              <w:t xml:space="preserve">Notified by / </w:t>
            </w:r>
            <w:r>
              <w:rPr>
                <w:sz w:val="24"/>
                <w:szCs w:val="24"/>
                <w:lang w:val="pt-BR"/>
              </w:rPr>
              <w:t xml:space="preserve">Notificado por: </w:t>
            </w:r>
          </w:p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5248" w:type="dxa"/>
          </w:tcPr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Notification</w:t>
            </w:r>
            <w:r w:rsidRPr="00640364">
              <w:rPr>
                <w:sz w:val="24"/>
                <w:szCs w:val="24"/>
                <w:lang w:val="pt-BR"/>
              </w:rPr>
              <w:t xml:space="preserve"> time / Ho</w:t>
            </w:r>
            <w:r>
              <w:rPr>
                <w:sz w:val="24"/>
                <w:szCs w:val="24"/>
                <w:lang w:val="pt-BR"/>
              </w:rPr>
              <w:t>rário da notificação:</w:t>
            </w:r>
          </w:p>
        </w:tc>
        <w:tc>
          <w:tcPr>
            <w:tcW w:w="5254" w:type="dxa"/>
          </w:tcPr>
          <w:p w:rsidR="006152A2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246A96">
              <w:rPr>
                <w:sz w:val="24"/>
                <w:szCs w:val="24"/>
                <w:lang w:val="pt-BR"/>
              </w:rPr>
              <w:t>Name of CINDACTA</w:t>
            </w:r>
            <w:r>
              <w:rPr>
                <w:sz w:val="24"/>
                <w:szCs w:val="24"/>
                <w:lang w:val="pt-BR"/>
              </w:rPr>
              <w:t xml:space="preserve">/Contato do CINDACTA: </w:t>
            </w:r>
          </w:p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93423C" w:rsidRDefault="006152A2" w:rsidP="007A5B2D">
            <w:pPr>
              <w:spacing w:beforeLines="45" w:before="108" w:afterLines="45" w:after="108" w:line="288" w:lineRule="auto"/>
              <w:rPr>
                <w:sz w:val="24"/>
                <w:szCs w:val="24"/>
                <w:lang w:val="pt-BR"/>
              </w:rPr>
            </w:pPr>
            <w:r w:rsidRPr="00885122">
              <w:rPr>
                <w:b/>
                <w:sz w:val="24"/>
                <w:szCs w:val="24"/>
              </w:rPr>
              <w:t>Remarks</w:t>
            </w:r>
            <w:r w:rsidRPr="00640364">
              <w:rPr>
                <w:b/>
                <w:sz w:val="24"/>
                <w:szCs w:val="24"/>
                <w:lang w:val="pt-BR"/>
              </w:rPr>
              <w:t xml:space="preserve"> / Observações</w:t>
            </w:r>
            <w:r w:rsidRPr="00640364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6152A2" w:rsidRPr="0093423C" w:rsidTr="007A5B2D">
        <w:tc>
          <w:tcPr>
            <w:tcW w:w="10502" w:type="dxa"/>
            <w:gridSpan w:val="2"/>
          </w:tcPr>
          <w:p w:rsidR="006152A2" w:rsidRPr="00640364" w:rsidRDefault="006152A2" w:rsidP="007A5B2D">
            <w:pPr>
              <w:spacing w:beforeLines="45" w:before="108" w:afterLines="45" w:after="108" w:line="288" w:lineRule="auto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6152A2" w:rsidRDefault="006152A2" w:rsidP="006152A2">
      <w:r>
        <w:br w:type="page"/>
      </w:r>
    </w:p>
    <w:p w:rsidR="006152A2" w:rsidRPr="00246A96" w:rsidRDefault="006152A2" w:rsidP="006152A2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Default="00775CDB" w:rsidP="00775CDB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775CDB" w:rsidTr="00775CDB">
        <w:tc>
          <w:tcPr>
            <w:tcW w:w="10502" w:type="dxa"/>
          </w:tcPr>
          <w:p w:rsidR="00775CDB" w:rsidRP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32"/>
                <w:szCs w:val="32"/>
                <w:lang w:val="pt-BR"/>
              </w:rPr>
            </w:pPr>
            <w:r w:rsidRPr="00775CDB">
              <w:rPr>
                <w:b/>
                <w:sz w:val="32"/>
                <w:szCs w:val="32"/>
                <w:lang w:val="pt-BR"/>
              </w:rPr>
              <w:t>Notes</w:t>
            </w: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</w:tbl>
    <w:p w:rsidR="006152A2" w:rsidRDefault="006152A2"/>
    <w:p w:rsidR="006152A2" w:rsidRDefault="006152A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6152A2" w:rsidTr="00775CDB">
        <w:tc>
          <w:tcPr>
            <w:tcW w:w="10502" w:type="dxa"/>
          </w:tcPr>
          <w:p w:rsidR="006152A2" w:rsidRDefault="006152A2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</w:tbl>
    <w:p w:rsidR="006152A2" w:rsidRDefault="006152A2"/>
    <w:p w:rsidR="006152A2" w:rsidRDefault="006152A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6152A2" w:rsidTr="00775CDB">
        <w:tc>
          <w:tcPr>
            <w:tcW w:w="10502" w:type="dxa"/>
          </w:tcPr>
          <w:p w:rsidR="006152A2" w:rsidRDefault="006152A2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</w:tbl>
    <w:p w:rsidR="006152A2" w:rsidRDefault="006152A2"/>
    <w:p w:rsidR="006152A2" w:rsidRDefault="006152A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6152A2" w:rsidTr="00775CDB">
        <w:tc>
          <w:tcPr>
            <w:tcW w:w="10502" w:type="dxa"/>
          </w:tcPr>
          <w:p w:rsidR="006152A2" w:rsidRDefault="006152A2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</w:tbl>
    <w:p w:rsidR="006152A2" w:rsidRDefault="006152A2"/>
    <w:p w:rsidR="006152A2" w:rsidRDefault="006152A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6152A2" w:rsidTr="00775CDB">
        <w:tc>
          <w:tcPr>
            <w:tcW w:w="10502" w:type="dxa"/>
          </w:tcPr>
          <w:p w:rsidR="006152A2" w:rsidRDefault="006152A2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</w:tbl>
    <w:p w:rsidR="006152A2" w:rsidRDefault="006152A2"/>
    <w:p w:rsidR="006152A2" w:rsidRDefault="006152A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</w:tbl>
    <w:p w:rsidR="006152A2" w:rsidRDefault="006152A2">
      <w:r>
        <w:br w:type="page"/>
      </w:r>
    </w:p>
    <w:p w:rsidR="006152A2" w:rsidRDefault="006152A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</w:tbl>
    <w:p w:rsidR="006152A2" w:rsidRDefault="006152A2"/>
    <w:p w:rsidR="006152A2" w:rsidRDefault="006152A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6152A2" w:rsidTr="00775CDB">
        <w:tc>
          <w:tcPr>
            <w:tcW w:w="10502" w:type="dxa"/>
          </w:tcPr>
          <w:p w:rsidR="006152A2" w:rsidRDefault="006152A2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</w:tbl>
    <w:p w:rsidR="006152A2" w:rsidRDefault="006152A2"/>
    <w:p w:rsidR="006152A2" w:rsidRDefault="006152A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</w:tbl>
    <w:p w:rsidR="006152A2" w:rsidRDefault="006152A2">
      <w:r>
        <w:tab/>
      </w:r>
      <w:r>
        <w:tab/>
      </w:r>
    </w:p>
    <w:p w:rsidR="006152A2" w:rsidRDefault="006152A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  <w:tr w:rsidR="00775CDB" w:rsidTr="00775CDB">
        <w:tc>
          <w:tcPr>
            <w:tcW w:w="10502" w:type="dxa"/>
          </w:tcPr>
          <w:p w:rsidR="00775CDB" w:rsidRDefault="00775CDB" w:rsidP="00775CDB">
            <w:pPr>
              <w:spacing w:beforeLines="60" w:before="144" w:afterLines="60" w:after="144" w:line="288" w:lineRule="auto"/>
              <w:jc w:val="center"/>
              <w:rPr>
                <w:b/>
                <w:sz w:val="16"/>
                <w:szCs w:val="16"/>
                <w:lang w:val="pt-BR"/>
              </w:rPr>
            </w:pPr>
          </w:p>
        </w:tc>
      </w:tr>
    </w:tbl>
    <w:p w:rsidR="006152A2" w:rsidRDefault="006152A2"/>
    <w:p w:rsidR="00775CDB" w:rsidRDefault="00775CDB">
      <w:pPr>
        <w:rPr>
          <w:b/>
          <w:sz w:val="16"/>
          <w:szCs w:val="16"/>
          <w:lang w:val="pt-BR"/>
        </w:rPr>
      </w:pPr>
      <w:r>
        <w:rPr>
          <w:b/>
          <w:sz w:val="16"/>
          <w:szCs w:val="16"/>
          <w:lang w:val="pt-BR"/>
        </w:rPr>
        <w:lastRenderedPageBreak/>
        <w:br w:type="page"/>
      </w:r>
    </w:p>
    <w:p w:rsidR="00775CDB" w:rsidRDefault="00775CDB">
      <w:pPr>
        <w:rPr>
          <w:b/>
          <w:sz w:val="16"/>
          <w:szCs w:val="16"/>
          <w:lang w:val="pt-BR"/>
        </w:rPr>
      </w:pPr>
      <w:r>
        <w:rPr>
          <w:b/>
          <w:sz w:val="16"/>
          <w:szCs w:val="16"/>
          <w:lang w:val="pt-BR"/>
        </w:rPr>
        <w:lastRenderedPageBreak/>
        <w:br w:type="page"/>
      </w:r>
    </w:p>
    <w:p w:rsidR="00775CDB" w:rsidRDefault="00775CDB">
      <w:pPr>
        <w:rPr>
          <w:b/>
          <w:sz w:val="16"/>
          <w:szCs w:val="16"/>
          <w:lang w:val="pt-BR"/>
        </w:rPr>
      </w:pPr>
      <w:r>
        <w:rPr>
          <w:b/>
          <w:sz w:val="16"/>
          <w:szCs w:val="16"/>
          <w:lang w:val="pt-BR"/>
        </w:rPr>
        <w:lastRenderedPageBreak/>
        <w:br w:type="page"/>
      </w: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775CDB" w:rsidRPr="00246A96" w:rsidRDefault="00775CDB" w:rsidP="00775CDB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E763D5" w:rsidRPr="00246A96" w:rsidRDefault="00E763D5" w:rsidP="00E763D5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p w:rsidR="006152A2" w:rsidRDefault="006152A2">
      <w:pPr>
        <w:rPr>
          <w:b/>
          <w:sz w:val="16"/>
          <w:szCs w:val="16"/>
          <w:lang w:val="pt-BR"/>
        </w:rPr>
      </w:pPr>
      <w:r>
        <w:rPr>
          <w:b/>
          <w:sz w:val="16"/>
          <w:szCs w:val="16"/>
          <w:lang w:val="pt-BR"/>
        </w:rPr>
        <w:br w:type="page"/>
      </w:r>
    </w:p>
    <w:p w:rsidR="006152A2" w:rsidRDefault="006152A2">
      <w:pPr>
        <w:rPr>
          <w:b/>
          <w:sz w:val="16"/>
          <w:szCs w:val="16"/>
          <w:lang w:val="pt-BR"/>
        </w:rPr>
      </w:pPr>
      <w:r>
        <w:rPr>
          <w:b/>
          <w:sz w:val="16"/>
          <w:szCs w:val="16"/>
          <w:lang w:val="pt-BR"/>
        </w:rPr>
        <w:lastRenderedPageBreak/>
        <w:br w:type="page"/>
      </w:r>
    </w:p>
    <w:p w:rsidR="006152A2" w:rsidRDefault="006152A2">
      <w:pPr>
        <w:rPr>
          <w:b/>
          <w:sz w:val="16"/>
          <w:szCs w:val="16"/>
          <w:lang w:val="pt-BR"/>
        </w:rPr>
      </w:pPr>
      <w:r>
        <w:rPr>
          <w:b/>
          <w:sz w:val="16"/>
          <w:szCs w:val="16"/>
          <w:lang w:val="pt-BR"/>
        </w:rPr>
        <w:lastRenderedPageBreak/>
        <w:br w:type="page"/>
      </w:r>
    </w:p>
    <w:p w:rsidR="006152A2" w:rsidRDefault="006152A2">
      <w:pPr>
        <w:rPr>
          <w:b/>
          <w:sz w:val="16"/>
          <w:szCs w:val="16"/>
          <w:lang w:val="pt-BR"/>
        </w:rPr>
      </w:pPr>
      <w:r>
        <w:rPr>
          <w:b/>
          <w:sz w:val="16"/>
          <w:szCs w:val="16"/>
          <w:lang w:val="pt-BR"/>
        </w:rPr>
        <w:lastRenderedPageBreak/>
        <w:br w:type="page"/>
      </w:r>
    </w:p>
    <w:p w:rsidR="006152A2" w:rsidRDefault="006152A2">
      <w:pPr>
        <w:rPr>
          <w:b/>
          <w:sz w:val="16"/>
          <w:szCs w:val="16"/>
          <w:lang w:val="pt-BR"/>
        </w:rPr>
      </w:pPr>
      <w:r>
        <w:rPr>
          <w:b/>
          <w:sz w:val="16"/>
          <w:szCs w:val="16"/>
          <w:lang w:val="pt-BR"/>
        </w:rPr>
        <w:lastRenderedPageBreak/>
        <w:br w:type="page"/>
      </w:r>
    </w:p>
    <w:p w:rsidR="006152A2" w:rsidRDefault="006152A2">
      <w:pPr>
        <w:rPr>
          <w:b/>
          <w:sz w:val="16"/>
          <w:szCs w:val="16"/>
          <w:lang w:val="pt-BR"/>
        </w:rPr>
      </w:pPr>
      <w:r>
        <w:rPr>
          <w:b/>
          <w:sz w:val="16"/>
          <w:szCs w:val="16"/>
          <w:lang w:val="pt-BR"/>
        </w:rPr>
        <w:lastRenderedPageBreak/>
        <w:br w:type="page"/>
      </w:r>
    </w:p>
    <w:p w:rsidR="00246A96" w:rsidRPr="00246A96" w:rsidRDefault="00246A96" w:rsidP="00246A96">
      <w:pPr>
        <w:spacing w:beforeLines="60" w:before="144" w:afterLines="60" w:after="144" w:line="288" w:lineRule="auto"/>
        <w:jc w:val="center"/>
        <w:rPr>
          <w:b/>
          <w:sz w:val="16"/>
          <w:szCs w:val="16"/>
          <w:lang w:val="pt-BR"/>
        </w:rPr>
      </w:pPr>
    </w:p>
    <w:sectPr w:rsidR="00246A96" w:rsidRPr="00246A96" w:rsidSect="00E763D5">
      <w:footerReference w:type="default" r:id="rId11"/>
      <w:pgSz w:w="12240" w:h="15840"/>
      <w:pgMar w:top="90" w:right="864" w:bottom="270" w:left="864" w:header="72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CBA" w:rsidRDefault="00122CBA" w:rsidP="00E763D5">
      <w:pPr>
        <w:spacing w:after="0" w:line="240" w:lineRule="auto"/>
      </w:pPr>
      <w:r>
        <w:separator/>
      </w:r>
    </w:p>
  </w:endnote>
  <w:endnote w:type="continuationSeparator" w:id="0">
    <w:p w:rsidR="00122CBA" w:rsidRDefault="00122CBA" w:rsidP="00E76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CDB" w:rsidRDefault="00775CDB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  <w:lang w:val="pt-BR"/>
      </w:rPr>
      <w:t>Página</w:t>
    </w:r>
    <w:r>
      <w:rPr>
        <w:color w:val="548DD4" w:themeColor="text2" w:themeTint="99"/>
        <w:sz w:val="24"/>
        <w:szCs w:val="24"/>
        <w:lang w:val="pt-BR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6152A2" w:rsidRPr="006152A2">
      <w:rPr>
        <w:noProof/>
        <w:color w:val="17365D" w:themeColor="text2" w:themeShade="BF"/>
        <w:sz w:val="24"/>
        <w:szCs w:val="24"/>
        <w:lang w:val="pt-BR"/>
      </w:rPr>
      <w:t>23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  <w:lang w:val="pt-BR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6152A2" w:rsidRPr="006152A2">
      <w:rPr>
        <w:noProof/>
        <w:color w:val="17365D" w:themeColor="text2" w:themeShade="BF"/>
        <w:sz w:val="24"/>
        <w:szCs w:val="24"/>
        <w:lang w:val="pt-BR"/>
      </w:rPr>
      <w:t>110</w:t>
    </w:r>
    <w:r>
      <w:rPr>
        <w:color w:val="17365D" w:themeColor="text2" w:themeShade="BF"/>
        <w:sz w:val="24"/>
        <w:szCs w:val="24"/>
      </w:rPr>
      <w:fldChar w:fldCharType="end"/>
    </w:r>
  </w:p>
  <w:p w:rsidR="00775CDB" w:rsidRDefault="00775CD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CBA" w:rsidRDefault="00122CBA" w:rsidP="00E763D5">
      <w:pPr>
        <w:spacing w:after="0" w:line="240" w:lineRule="auto"/>
      </w:pPr>
      <w:r>
        <w:separator/>
      </w:r>
    </w:p>
  </w:footnote>
  <w:footnote w:type="continuationSeparator" w:id="0">
    <w:p w:rsidR="00122CBA" w:rsidRDefault="00122CBA" w:rsidP="00E76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6EC9"/>
    <w:rsid w:val="000B45E9"/>
    <w:rsid w:val="00122CBA"/>
    <w:rsid w:val="0015074B"/>
    <w:rsid w:val="001E63B9"/>
    <w:rsid w:val="00246A96"/>
    <w:rsid w:val="0029639D"/>
    <w:rsid w:val="00326F90"/>
    <w:rsid w:val="006152A2"/>
    <w:rsid w:val="00640364"/>
    <w:rsid w:val="00655921"/>
    <w:rsid w:val="00775CDB"/>
    <w:rsid w:val="007D60E1"/>
    <w:rsid w:val="00885122"/>
    <w:rsid w:val="0093423C"/>
    <w:rsid w:val="009A44AA"/>
    <w:rsid w:val="00A02FDA"/>
    <w:rsid w:val="00A66583"/>
    <w:rsid w:val="00AA1D8D"/>
    <w:rsid w:val="00B25073"/>
    <w:rsid w:val="00B47730"/>
    <w:rsid w:val="00C16F2D"/>
    <w:rsid w:val="00CB0664"/>
    <w:rsid w:val="00DD065A"/>
    <w:rsid w:val="00E763D5"/>
    <w:rsid w:val="00E814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232D24"/>
  <w14:defaultImageDpi w14:val="300"/>
  <w15:docId w15:val="{5CD96C3F-5B14-47E9-A230-7CF2D376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link w:val="SemEspaamentoChar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1E6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C16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Controle e documentação de lançamento de radiossondagens e condições atmosféricas
Control and documentation of radiosonde launches and atmospheric conditions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4336DB1-3D2F-4CF6-B231-0E4AD43A5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111</Pages>
  <Words>14662</Words>
  <Characters>79176</Characters>
  <Application>Microsoft Office Word</Application>
  <DocSecurity>0</DocSecurity>
  <Lines>659</Lines>
  <Paragraphs>187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93651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RADIOSONDE LAUNCH LOGBOOK
REGISTRO DE LANÇAMENTOS DE RADIOSSONDA</dc:title>
  <dc:subject>Reserva Morro Grande - RMG</dc:subject>
  <dc:creator>python-docx</dc:creator>
  <cp:keywords/>
  <dc:description>generated by python-docx</dc:description>
  <cp:lastModifiedBy>GeorgiaC</cp:lastModifiedBy>
  <cp:revision>6</cp:revision>
  <dcterms:created xsi:type="dcterms:W3CDTF">2026-04-23T14:58:00Z</dcterms:created>
  <dcterms:modified xsi:type="dcterms:W3CDTF">2026-04-24T15:05:00Z</dcterms:modified>
  <cp:category/>
</cp:coreProperties>
</file>